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5621" w:rsidRPr="001308BA" w:rsidRDefault="00235621" w:rsidP="001308BA">
      <w:pPr>
        <w:spacing w:after="0" w:line="240" w:lineRule="auto"/>
        <w:jc w:val="center"/>
        <w:rPr>
          <w:rFonts w:cs="Times New Roman"/>
          <w:sz w:val="16"/>
          <w:szCs w:val="24"/>
        </w:rPr>
      </w:pPr>
      <w:r w:rsidRPr="0044395F">
        <w:rPr>
          <w:rFonts w:cs="Times New Roman"/>
          <w:noProof/>
          <w:sz w:val="16"/>
          <w:szCs w:val="24"/>
          <w:lang w:val="ru-RU" w:eastAsia="ru-RU"/>
        </w:rPr>
        <w:drawing>
          <wp:inline distT="0" distB="0" distL="0" distR="0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5621" w:rsidRPr="001308BA" w:rsidRDefault="00235621" w:rsidP="00235621">
      <w:pPr>
        <w:spacing w:after="0" w:line="240" w:lineRule="auto"/>
        <w:jc w:val="center"/>
        <w:rPr>
          <w:rFonts w:cs="Times New Roman"/>
          <w:caps/>
          <w:sz w:val="24"/>
          <w:szCs w:val="24"/>
        </w:rPr>
      </w:pPr>
      <w:r w:rsidRPr="001308BA">
        <w:rPr>
          <w:rFonts w:cs="Times New Roman"/>
          <w:caps/>
          <w:sz w:val="24"/>
          <w:szCs w:val="24"/>
        </w:rPr>
        <w:t>Відділ освіти  Виконавчого комітету  Рудківської міської ради</w:t>
      </w:r>
    </w:p>
    <w:p w:rsidR="00235621" w:rsidRPr="001308BA" w:rsidRDefault="00235621" w:rsidP="00235621">
      <w:pPr>
        <w:spacing w:after="0" w:line="240" w:lineRule="auto"/>
        <w:ind w:firstLine="284"/>
        <w:jc w:val="center"/>
        <w:rPr>
          <w:rFonts w:cs="Times New Roman"/>
          <w:caps/>
          <w:sz w:val="24"/>
          <w:szCs w:val="24"/>
        </w:rPr>
      </w:pPr>
      <w:r w:rsidRPr="001308BA">
        <w:rPr>
          <w:rFonts w:cs="Times New Roman"/>
          <w:caps/>
          <w:sz w:val="24"/>
          <w:szCs w:val="24"/>
        </w:rPr>
        <w:t>Самбірського району Львівської області</w:t>
      </w:r>
    </w:p>
    <w:p w:rsidR="00235621" w:rsidRPr="001308BA" w:rsidRDefault="00235621" w:rsidP="00235621">
      <w:pPr>
        <w:spacing w:after="0" w:line="240" w:lineRule="auto"/>
        <w:ind w:firstLine="284"/>
        <w:jc w:val="center"/>
        <w:rPr>
          <w:rFonts w:cs="Times New Roman"/>
          <w:b/>
          <w:caps/>
          <w:sz w:val="24"/>
          <w:szCs w:val="24"/>
        </w:rPr>
      </w:pPr>
      <w:r w:rsidRPr="001308BA">
        <w:rPr>
          <w:rFonts w:cs="Times New Roman"/>
          <w:b/>
          <w:caps/>
          <w:sz w:val="24"/>
          <w:szCs w:val="24"/>
        </w:rPr>
        <w:t xml:space="preserve">гімназія с. погірці рудківської міської ради </w:t>
      </w:r>
    </w:p>
    <w:p w:rsidR="00235621" w:rsidRPr="00B65D59" w:rsidRDefault="00235621" w:rsidP="00235621">
      <w:pPr>
        <w:spacing w:after="0" w:line="240" w:lineRule="auto"/>
        <w:ind w:firstLine="284"/>
        <w:jc w:val="center"/>
        <w:rPr>
          <w:rFonts w:cs="Times New Roman"/>
          <w:b/>
          <w:caps/>
          <w:sz w:val="24"/>
          <w:szCs w:val="24"/>
          <w:lang w:val="ru-RU"/>
        </w:rPr>
      </w:pPr>
      <w:r w:rsidRPr="00B65D59">
        <w:rPr>
          <w:rFonts w:cs="Times New Roman"/>
          <w:b/>
          <w:caps/>
          <w:sz w:val="24"/>
          <w:szCs w:val="24"/>
          <w:lang w:val="ru-RU"/>
        </w:rPr>
        <w:t>самбірського району львівської області</w:t>
      </w:r>
    </w:p>
    <w:p w:rsidR="00235621" w:rsidRPr="00B65D59" w:rsidRDefault="00235621" w:rsidP="00235621">
      <w:pPr>
        <w:spacing w:after="0" w:line="240" w:lineRule="auto"/>
        <w:jc w:val="center"/>
        <w:rPr>
          <w:rFonts w:cs="Times New Roman"/>
          <w:b/>
          <w:szCs w:val="28"/>
          <w:lang w:val="ru-RU"/>
        </w:rPr>
      </w:pPr>
    </w:p>
    <w:p w:rsidR="00235621" w:rsidRPr="00B65D59" w:rsidRDefault="00235621" w:rsidP="00235621">
      <w:pPr>
        <w:spacing w:after="0" w:line="240" w:lineRule="auto"/>
        <w:jc w:val="center"/>
        <w:rPr>
          <w:rFonts w:cs="Times New Roman"/>
          <w:b/>
          <w:szCs w:val="28"/>
          <w:lang w:val="ru-RU"/>
        </w:rPr>
      </w:pPr>
      <w:r w:rsidRPr="00B65D59">
        <w:rPr>
          <w:rFonts w:cs="Times New Roman"/>
          <w:b/>
          <w:szCs w:val="28"/>
          <w:lang w:val="ru-RU"/>
        </w:rPr>
        <w:t>НАКАЗ</w:t>
      </w:r>
    </w:p>
    <w:p w:rsidR="00235621" w:rsidRPr="00B65D59" w:rsidRDefault="00235621" w:rsidP="00235621">
      <w:pPr>
        <w:spacing w:after="0" w:line="240" w:lineRule="auto"/>
        <w:jc w:val="center"/>
        <w:rPr>
          <w:rFonts w:cs="Times New Roman"/>
          <w:szCs w:val="28"/>
          <w:lang w:val="ru-RU"/>
        </w:rPr>
      </w:pPr>
    </w:p>
    <w:p w:rsidR="00976071" w:rsidRPr="00F004E0" w:rsidRDefault="00235621" w:rsidP="00235621">
      <w:pPr>
        <w:spacing w:after="0" w:line="240" w:lineRule="auto"/>
        <w:rPr>
          <w:lang w:val="uk-UA"/>
        </w:rPr>
      </w:pPr>
      <w:r w:rsidRPr="00B65D59">
        <w:rPr>
          <w:rFonts w:cs="Times New Roman"/>
          <w:szCs w:val="28"/>
          <w:lang w:val="ru-RU"/>
        </w:rPr>
        <w:t xml:space="preserve">03.09.2026р.                                  </w:t>
      </w:r>
      <w:r>
        <w:rPr>
          <w:rFonts w:cs="Times New Roman"/>
          <w:szCs w:val="28"/>
        </w:rPr>
        <w:t>c</w:t>
      </w:r>
      <w:r w:rsidRPr="00B65D59">
        <w:rPr>
          <w:rFonts w:cs="Times New Roman"/>
          <w:szCs w:val="28"/>
          <w:lang w:val="ru-RU"/>
        </w:rPr>
        <w:t>.</w:t>
      </w:r>
      <w:r w:rsidRPr="00B65D59">
        <w:rPr>
          <w:rFonts w:cs="Times New Roman"/>
          <w:bCs/>
          <w:szCs w:val="28"/>
          <w:lang w:val="ru-RU"/>
        </w:rPr>
        <w:t>Погірці</w:t>
      </w:r>
      <w:r w:rsidR="00B65D59">
        <w:rPr>
          <w:rFonts w:cs="Times New Roman"/>
          <w:bCs/>
          <w:szCs w:val="28"/>
          <w:lang w:val="ru-RU"/>
        </w:rPr>
        <w:t xml:space="preserve">                                 </w:t>
      </w:r>
      <w:r w:rsidRPr="00B65D59">
        <w:rPr>
          <w:rFonts w:cs="Times New Roman"/>
          <w:szCs w:val="28"/>
          <w:lang w:val="ru-RU"/>
        </w:rPr>
        <w:t>№</w:t>
      </w:r>
      <w:r w:rsidR="00F004E0">
        <w:rPr>
          <w:rFonts w:cs="Times New Roman"/>
          <w:szCs w:val="28"/>
          <w:lang w:val="uk-UA"/>
        </w:rPr>
        <w:t>01-24/127</w:t>
      </w:r>
    </w:p>
    <w:p w:rsidR="0089461B" w:rsidRDefault="004B1497">
      <w:pPr>
        <w:spacing w:after="0" w:line="240" w:lineRule="auto"/>
        <w:rPr>
          <w:b/>
          <w:lang w:val="ru-RU"/>
        </w:rPr>
      </w:pPr>
      <w:r w:rsidRPr="0089461B">
        <w:rPr>
          <w:b/>
          <w:lang w:val="ru-RU"/>
        </w:rPr>
        <w:t xml:space="preserve">Про </w:t>
      </w:r>
      <w:r w:rsidR="00F004E0" w:rsidRPr="0089461B">
        <w:rPr>
          <w:b/>
          <w:lang w:val="ru-RU"/>
        </w:rPr>
        <w:t>організацію</w:t>
      </w:r>
      <w:r w:rsidR="00F004E0" w:rsidRPr="00F004E0">
        <w:rPr>
          <w:rFonts w:cs="Times New Roman"/>
          <w:b/>
          <w:bCs/>
          <w:iCs/>
          <w:szCs w:val="28"/>
          <w:lang w:val="ru-RU"/>
        </w:rPr>
        <w:t xml:space="preserve"> та</w:t>
      </w:r>
      <w:r w:rsidR="00B65D59">
        <w:rPr>
          <w:rFonts w:cs="Times New Roman"/>
          <w:b/>
          <w:bCs/>
          <w:iCs/>
          <w:szCs w:val="28"/>
          <w:lang w:val="ru-RU"/>
        </w:rPr>
        <w:t xml:space="preserve"> </w:t>
      </w:r>
      <w:r w:rsidR="0089461B" w:rsidRPr="00F004E0">
        <w:rPr>
          <w:rFonts w:cs="Times New Roman"/>
          <w:b/>
          <w:bCs/>
          <w:iCs/>
          <w:szCs w:val="28"/>
          <w:lang w:val="ru-RU"/>
        </w:rPr>
        <w:t xml:space="preserve">структуру </w:t>
      </w:r>
    </w:p>
    <w:p w:rsidR="00976071" w:rsidRPr="0089461B" w:rsidRDefault="00235621">
      <w:pPr>
        <w:spacing w:after="0" w:line="240" w:lineRule="auto"/>
        <w:rPr>
          <w:lang w:val="ru-RU"/>
        </w:rPr>
      </w:pPr>
      <w:r w:rsidRPr="0089461B">
        <w:rPr>
          <w:b/>
          <w:lang w:val="ru-RU"/>
        </w:rPr>
        <w:t>М</w:t>
      </w:r>
      <w:r w:rsidR="004B1497" w:rsidRPr="0089461B">
        <w:rPr>
          <w:b/>
          <w:lang w:val="ru-RU"/>
        </w:rPr>
        <w:t>етодичної</w:t>
      </w:r>
      <w:r w:rsidR="00B65D59">
        <w:rPr>
          <w:b/>
          <w:lang w:val="ru-RU"/>
        </w:rPr>
        <w:t xml:space="preserve"> </w:t>
      </w:r>
      <w:r w:rsidR="004B1497" w:rsidRPr="0089461B">
        <w:rPr>
          <w:b/>
          <w:lang w:val="ru-RU"/>
        </w:rPr>
        <w:t>роботи</w:t>
      </w:r>
    </w:p>
    <w:p w:rsidR="00976071" w:rsidRPr="0089461B" w:rsidRDefault="004B1497">
      <w:pPr>
        <w:spacing w:after="160" w:line="240" w:lineRule="auto"/>
        <w:rPr>
          <w:lang w:val="ru-RU"/>
        </w:rPr>
      </w:pPr>
      <w:r w:rsidRPr="0089461B">
        <w:rPr>
          <w:b/>
          <w:lang w:val="ru-RU"/>
        </w:rPr>
        <w:t>у 2026/2027 навчальному</w:t>
      </w:r>
      <w:r w:rsidR="00B65D59">
        <w:rPr>
          <w:b/>
          <w:lang w:val="ru-RU"/>
        </w:rPr>
        <w:t xml:space="preserve"> </w:t>
      </w:r>
      <w:r w:rsidRPr="0089461B">
        <w:rPr>
          <w:b/>
          <w:lang w:val="ru-RU"/>
        </w:rPr>
        <w:t>році</w:t>
      </w:r>
    </w:p>
    <w:p w:rsidR="001308BA" w:rsidRDefault="004B1497" w:rsidP="004B1497">
      <w:pPr>
        <w:spacing w:after="0"/>
        <w:ind w:firstLine="709"/>
        <w:jc w:val="both"/>
        <w:rPr>
          <w:rFonts w:cs="Times New Roman"/>
          <w:szCs w:val="28"/>
          <w:lang w:val="uk-UA"/>
        </w:rPr>
      </w:pPr>
      <w:r w:rsidRPr="00F004E0">
        <w:rPr>
          <w:rFonts w:cs="Times New Roman"/>
          <w:szCs w:val="28"/>
          <w:lang w:val="ru-RU"/>
        </w:rPr>
        <w:t>Відповідно до законів</w:t>
      </w:r>
      <w:r w:rsidR="00B65D59">
        <w:rPr>
          <w:rFonts w:cs="Times New Roman"/>
          <w:szCs w:val="28"/>
          <w:lang w:val="ru-RU"/>
        </w:rPr>
        <w:t xml:space="preserve"> </w:t>
      </w:r>
      <w:r w:rsidRPr="00F004E0">
        <w:rPr>
          <w:rFonts w:cs="Times New Roman"/>
          <w:szCs w:val="28"/>
          <w:lang w:val="ru-RU"/>
        </w:rPr>
        <w:t>України «Про освіту», «Про повнузагальну</w:t>
      </w:r>
      <w:r w:rsidR="00235621" w:rsidRPr="00F004E0">
        <w:rPr>
          <w:rFonts w:cs="Times New Roman"/>
          <w:szCs w:val="28"/>
          <w:lang w:val="ru-RU"/>
        </w:rPr>
        <w:t>середнюо</w:t>
      </w:r>
      <w:r w:rsidRPr="00F004E0">
        <w:rPr>
          <w:rFonts w:cs="Times New Roman"/>
          <w:szCs w:val="28"/>
          <w:lang w:val="ru-RU"/>
        </w:rPr>
        <w:t>світу»,</w:t>
      </w:r>
      <w:r w:rsidR="0089461B" w:rsidRPr="00F004E0">
        <w:rPr>
          <w:rFonts w:cs="Times New Roman"/>
          <w:szCs w:val="28"/>
          <w:lang w:val="ru-RU"/>
        </w:rPr>
        <w:t>зізмінами</w:t>
      </w:r>
      <w:r w:rsidR="0089461B" w:rsidRPr="00F004E0">
        <w:rPr>
          <w:rFonts w:cs="Times New Roman"/>
          <w:bCs/>
          <w:szCs w:val="28"/>
          <w:u w:val="single"/>
          <w:shd w:val="clear" w:color="auto" w:fill="FFFFFF"/>
          <w:lang w:val="ru-RU"/>
        </w:rPr>
        <w:t>від 18.09.2025 № 4609-</w:t>
      </w:r>
      <w:r w:rsidR="0089461B" w:rsidRPr="00F004E0">
        <w:rPr>
          <w:rFonts w:cs="Times New Roman"/>
          <w:bCs/>
          <w:szCs w:val="28"/>
          <w:u w:val="single"/>
          <w:shd w:val="clear" w:color="auto" w:fill="FFFFFF"/>
        </w:rPr>
        <w:t>IX</w:t>
      </w:r>
      <w:r w:rsidR="0089461B" w:rsidRPr="00F004E0">
        <w:rPr>
          <w:rFonts w:cs="Times New Roman"/>
          <w:bCs/>
          <w:szCs w:val="28"/>
          <w:u w:val="single"/>
          <w:shd w:val="clear" w:color="auto" w:fill="FFFFFF"/>
          <w:lang w:val="ru-RU"/>
        </w:rPr>
        <w:t xml:space="preserve">  «</w:t>
      </w:r>
      <w:r w:rsidR="0089461B" w:rsidRPr="00F004E0">
        <w:rPr>
          <w:rFonts w:cs="Times New Roman"/>
          <w:bCs/>
          <w:szCs w:val="28"/>
          <w:u w:val="single"/>
          <w:lang w:val="ru-RU"/>
        </w:rPr>
        <w:t>Про</w:t>
      </w:r>
      <w:r w:rsidR="00235621" w:rsidRPr="00F004E0">
        <w:rPr>
          <w:rFonts w:cs="Times New Roman"/>
          <w:bCs/>
          <w:szCs w:val="28"/>
          <w:u w:val="single"/>
          <w:lang w:val="ru-RU"/>
        </w:rPr>
        <w:t>внесеннязмін до Закону України"Про</w:t>
      </w:r>
      <w:r w:rsidR="0089461B" w:rsidRPr="00F004E0">
        <w:rPr>
          <w:rFonts w:cs="Times New Roman"/>
          <w:bCs/>
          <w:szCs w:val="28"/>
          <w:u w:val="single"/>
          <w:lang w:val="ru-RU"/>
        </w:rPr>
        <w:t xml:space="preserve">повнузагальнусереднюосвіту" </w:t>
      </w:r>
      <w:r w:rsidR="0089461B" w:rsidRPr="00F004E0">
        <w:rPr>
          <w:rFonts w:cs="Times New Roman"/>
          <w:szCs w:val="28"/>
          <w:lang w:val="uk-UA"/>
        </w:rPr>
        <w:t xml:space="preserve">Постанов Кабінету Міністрів України: </w:t>
      </w:r>
      <w:hyperlink r:id="rId7" w:anchor="Text" w:history="1">
        <w:r w:rsidR="0089461B" w:rsidRPr="00F004E0">
          <w:rPr>
            <w:rStyle w:val="aff9"/>
            <w:rFonts w:cs="Times New Roman"/>
            <w:color w:val="auto"/>
            <w:szCs w:val="28"/>
            <w:lang w:val="uk-UA"/>
          </w:rPr>
          <w:t>№ 87 від 21.02.2018 «Про затвердження Державного стандарту початкової освіти» (в редакції від 06.10.2020)</w:t>
        </w:r>
      </w:hyperlink>
      <w:r w:rsidR="0089461B" w:rsidRPr="00F004E0">
        <w:rPr>
          <w:rFonts w:cs="Times New Roman"/>
          <w:szCs w:val="28"/>
          <w:lang w:val="uk-UA"/>
        </w:rPr>
        <w:t xml:space="preserve">, </w:t>
      </w:r>
      <w:hyperlink r:id="rId8" w:anchor="Text" w:history="1">
        <w:r w:rsidR="0089461B" w:rsidRPr="00F004E0">
          <w:rPr>
            <w:rStyle w:val="aff9"/>
            <w:rFonts w:cs="Times New Roman"/>
            <w:color w:val="auto"/>
            <w:szCs w:val="28"/>
            <w:lang w:val="uk-UA"/>
          </w:rPr>
          <w:t>№ 898 від 30.09.2020 «Про затвердження Державного стандарту базової середньої освіти» (в редакції 02.09.2022),</w:t>
        </w:r>
      </w:hyperlink>
      <w:hyperlink r:id="rId9" w:anchor="Text" w:history="1">
        <w:r w:rsidR="0089461B" w:rsidRPr="00F004E0">
          <w:rPr>
            <w:rStyle w:val="aff9"/>
            <w:rFonts w:cs="Times New Roman"/>
            <w:color w:val="auto"/>
            <w:szCs w:val="28"/>
            <w:lang w:val="uk-UA"/>
          </w:rPr>
          <w:t>№ 1392 від 23.11.2011 «Про затвердження Державного стандарту базової і повної загальної середньої освіти» (в редакції від 01.09.2020);</w:t>
        </w:r>
      </w:hyperlink>
      <w:r w:rsidR="0089461B" w:rsidRPr="00F004E0">
        <w:rPr>
          <w:rFonts w:cs="Times New Roman"/>
          <w:szCs w:val="28"/>
          <w:u w:val="single"/>
          <w:lang w:val="uk-UA"/>
        </w:rPr>
        <w:t xml:space="preserve">Постанови Кабінету Міністрів України від </w:t>
      </w:r>
      <w:r w:rsidR="0089461B" w:rsidRPr="00F004E0">
        <w:rPr>
          <w:rStyle w:val="rvts9"/>
          <w:rFonts w:eastAsiaTheme="majorEastAsia" w:cs="Times New Roman"/>
          <w:szCs w:val="28"/>
          <w:u w:val="single"/>
          <w:shd w:val="clear" w:color="auto" w:fill="FFFFFF"/>
          <w:lang w:val="uk-UA"/>
        </w:rPr>
        <w:t>від 1 липня 2026 р. № 847 «</w:t>
      </w:r>
      <w:r w:rsidR="0089461B" w:rsidRPr="00F004E0">
        <w:rPr>
          <w:rFonts w:cs="Times New Roman"/>
          <w:bCs/>
          <w:szCs w:val="28"/>
          <w:u w:val="single"/>
          <w:shd w:val="clear" w:color="auto" w:fill="FFFFFF"/>
          <w:lang w:val="uk-UA"/>
        </w:rPr>
        <w:t>Про початок навчального року під час воєнного стану в Україні»</w:t>
      </w:r>
      <w:r w:rsidR="0089461B" w:rsidRPr="00F004E0">
        <w:rPr>
          <w:rFonts w:cs="Times New Roman"/>
          <w:szCs w:val="28"/>
          <w:u w:val="single"/>
          <w:lang w:val="uk-UA"/>
        </w:rPr>
        <w:t xml:space="preserve">, </w:t>
      </w:r>
      <w:r w:rsidR="0089461B" w:rsidRPr="00F004E0">
        <w:rPr>
          <w:rFonts w:cs="Times New Roman"/>
          <w:szCs w:val="28"/>
          <w:lang w:val="uk-UA"/>
        </w:rPr>
        <w:t>з урахуванням повномасштабної агресії російської федерації проти України та введення воєнного стану 24 лютого 2022 року відповідно до Указу Президента України від 24 лютого 2022 року № 64/2022 «Про введення воєнного стану в Україні», затвердженого Законом України від 24 лютого 2022 року № 2102-</w:t>
      </w:r>
      <w:r w:rsidR="0089461B" w:rsidRPr="00F004E0">
        <w:rPr>
          <w:rFonts w:cs="Times New Roman"/>
          <w:szCs w:val="28"/>
        </w:rPr>
        <w:t>IX</w:t>
      </w:r>
      <w:r w:rsidR="0089461B" w:rsidRPr="00F004E0">
        <w:rPr>
          <w:rFonts w:cs="Times New Roman"/>
          <w:szCs w:val="28"/>
          <w:lang w:val="uk-UA"/>
        </w:rPr>
        <w:t xml:space="preserve">, </w:t>
      </w:r>
      <w:r w:rsidR="0089461B" w:rsidRPr="00F004E0">
        <w:rPr>
          <w:rFonts w:cs="Times New Roman"/>
          <w:szCs w:val="28"/>
          <w:u w:val="single"/>
          <w:lang w:val="uk-UA"/>
        </w:rPr>
        <w:t xml:space="preserve">строк дії якого продовжено з </w:t>
      </w:r>
      <w:r w:rsidR="0089461B" w:rsidRPr="00F004E0">
        <w:rPr>
          <w:rStyle w:val="rvts46"/>
          <w:rFonts w:cs="Times New Roman"/>
          <w:iCs/>
          <w:szCs w:val="28"/>
          <w:u w:val="single"/>
          <w:shd w:val="clear" w:color="auto" w:fill="FFFFFF"/>
          <w:lang w:val="uk-UA"/>
        </w:rPr>
        <w:t>4 травня 2026 року строком на 90 діб згідно з Указом Президента</w:t>
      </w:r>
      <w:r w:rsidR="0089461B" w:rsidRPr="00F004E0">
        <w:rPr>
          <w:rStyle w:val="rvts46"/>
          <w:rFonts w:cs="Times New Roman"/>
          <w:iCs/>
          <w:szCs w:val="28"/>
          <w:u w:val="single"/>
          <w:shd w:val="clear" w:color="auto" w:fill="FFFFFF"/>
        </w:rPr>
        <w:t> </w:t>
      </w:r>
      <w:hyperlink r:id="rId10" w:anchor="n5" w:tgtFrame="_blank" w:history="1">
        <w:r w:rsidR="0089461B" w:rsidRPr="00F004E0">
          <w:rPr>
            <w:rStyle w:val="aff9"/>
            <w:rFonts w:cs="Times New Roman"/>
            <w:iCs/>
            <w:color w:val="auto"/>
            <w:szCs w:val="28"/>
            <w:shd w:val="clear" w:color="auto" w:fill="FFFFFF"/>
            <w:lang w:val="uk-UA"/>
          </w:rPr>
          <w:t>№ 342/2026 від 27.04.2026</w:t>
        </w:r>
      </w:hyperlink>
      <w:r w:rsidR="0089461B" w:rsidRPr="00F004E0">
        <w:rPr>
          <w:rStyle w:val="rvts46"/>
          <w:rFonts w:cs="Times New Roman"/>
          <w:iCs/>
          <w:szCs w:val="28"/>
          <w:u w:val="single"/>
          <w:shd w:val="clear" w:color="auto" w:fill="FFFFFF"/>
          <w:lang w:val="uk-UA"/>
        </w:rPr>
        <w:t>}</w:t>
      </w:r>
      <w:r w:rsidR="0089461B" w:rsidRPr="00F004E0">
        <w:rPr>
          <w:rFonts w:cs="Times New Roman"/>
          <w:szCs w:val="28"/>
          <w:u w:val="single"/>
          <w:lang w:val="uk-UA"/>
        </w:rPr>
        <w:t xml:space="preserve">, </w:t>
      </w:r>
      <w:r w:rsidRPr="00F004E0">
        <w:rPr>
          <w:rFonts w:cs="Times New Roman"/>
          <w:szCs w:val="28"/>
          <w:lang w:val="uk-UA"/>
        </w:rPr>
        <w:t>«Деякі питання підвищення кваліфікації педагогічних і науково-педагогічних працівників</w:t>
      </w:r>
      <w:r w:rsidRPr="004B1497">
        <w:rPr>
          <w:rFonts w:cs="Times New Roman"/>
          <w:szCs w:val="28"/>
          <w:lang w:val="uk-UA"/>
        </w:rPr>
        <w:t>»</w:t>
      </w:r>
      <w:r w:rsidR="0089461B" w:rsidRPr="004B1497">
        <w:rPr>
          <w:rFonts w:cs="Times New Roman"/>
          <w:szCs w:val="28"/>
          <w:lang w:val="uk-UA"/>
        </w:rPr>
        <w:t xml:space="preserve">від 21 серпня 2019 року № 800, </w:t>
      </w:r>
      <w:r w:rsidRPr="004B1497">
        <w:rPr>
          <w:rFonts w:cs="Times New Roman"/>
          <w:szCs w:val="28"/>
          <w:lang w:val="uk-UA"/>
        </w:rPr>
        <w:t>розпорядження Кабінету Міністрів України від 14 грудня 2016 року № 988-р «Про схвалення Концепції реалізації державної політики у сфері реформування загальної середньої освіти “Нова українська школа” на період до 2029 року», розпорядження Кабінету Міністрів України від 5 серпня 2020 року № 960-р «Про схвалення Концепції розвитку природничо-математичної освіти (</w:t>
      </w:r>
      <w:r w:rsidRPr="004B1497">
        <w:rPr>
          <w:rFonts w:cs="Times New Roman"/>
          <w:szCs w:val="28"/>
        </w:rPr>
        <w:t>STEM</w:t>
      </w:r>
      <w:r w:rsidRPr="004B1497">
        <w:rPr>
          <w:rFonts w:cs="Times New Roman"/>
          <w:szCs w:val="28"/>
          <w:lang w:val="uk-UA"/>
        </w:rPr>
        <w:t xml:space="preserve">-освіти)», наказу Міністерства освіти і науки України від 29 серпня 2024 року № 1225 «Про затвердження професійного стандарту “Вчитель закладу загальної середньої освіти”», листа Міністерства освіти і науки України від 26 </w:t>
      </w:r>
    </w:p>
    <w:p w:rsidR="001308BA" w:rsidRDefault="001308BA" w:rsidP="001308BA">
      <w:pPr>
        <w:spacing w:after="0"/>
        <w:jc w:val="both"/>
        <w:rPr>
          <w:rFonts w:cs="Times New Roman"/>
          <w:szCs w:val="28"/>
          <w:lang w:val="uk-UA"/>
        </w:rPr>
      </w:pPr>
    </w:p>
    <w:p w:rsidR="001308BA" w:rsidRDefault="001308BA" w:rsidP="001308BA">
      <w:pPr>
        <w:spacing w:after="0"/>
        <w:jc w:val="both"/>
        <w:rPr>
          <w:rFonts w:cs="Times New Roman"/>
          <w:szCs w:val="28"/>
          <w:lang w:val="uk-UA"/>
        </w:rPr>
      </w:pPr>
    </w:p>
    <w:p w:rsidR="001308BA" w:rsidRDefault="001308BA" w:rsidP="001308BA">
      <w:pPr>
        <w:spacing w:after="0"/>
        <w:jc w:val="both"/>
        <w:rPr>
          <w:rFonts w:cs="Times New Roman"/>
          <w:szCs w:val="28"/>
          <w:lang w:val="uk-UA"/>
        </w:rPr>
      </w:pPr>
    </w:p>
    <w:p w:rsidR="00976071" w:rsidRPr="004B1497" w:rsidRDefault="004B1497" w:rsidP="001308BA">
      <w:pPr>
        <w:spacing w:after="0"/>
        <w:jc w:val="both"/>
        <w:rPr>
          <w:rFonts w:cs="Times New Roman"/>
          <w:szCs w:val="28"/>
          <w:lang w:val="uk-UA"/>
        </w:rPr>
      </w:pPr>
      <w:r w:rsidRPr="004B1497">
        <w:rPr>
          <w:rFonts w:cs="Times New Roman"/>
          <w:szCs w:val="28"/>
          <w:lang w:val="uk-UA"/>
        </w:rPr>
        <w:t>травня 2026 року № 1/11324-26 «Про завершення 2025/2026 навчального року в закладах загальної середньої освіти та підготовку до 2026/2027 навчального року», Статуту закладу освіти, Стратегії розвитку закладу освіти на 2026–2030 роки, Освітньої програми та Річного плану роботи закладу на 2026/2027 навчальний рік, Положення про внутрішню систему забезпечення якості освіти, локальних документів з питань академічної доброчесності, з метою забезпечення системного науково-методичного супроводу освітнього процесу, розвитку професійної компетентності педагогічних працівників, реалізації завдань Нової української школи у 9-х класах, подолання освітніх втрат, удосконалення системи оцінювання, розбудови безпечного, інклюзивного та доброчесного освітнього середовища</w:t>
      </w:r>
    </w:p>
    <w:p w:rsidR="00EF295C" w:rsidRPr="004B1497" w:rsidRDefault="00EF295C" w:rsidP="004B1497">
      <w:pPr>
        <w:spacing w:after="0"/>
        <w:rPr>
          <w:rFonts w:cs="Times New Roman"/>
          <w:b/>
          <w:szCs w:val="28"/>
          <w:lang w:val="uk-UA"/>
        </w:rPr>
      </w:pPr>
    </w:p>
    <w:p w:rsidR="00976071" w:rsidRPr="004B1497" w:rsidRDefault="004B1497" w:rsidP="004B1497">
      <w:pPr>
        <w:tabs>
          <w:tab w:val="left" w:pos="284"/>
        </w:tabs>
        <w:spacing w:after="0"/>
        <w:rPr>
          <w:rFonts w:cs="Times New Roman"/>
          <w:szCs w:val="28"/>
          <w:lang w:val="uk-UA"/>
        </w:rPr>
      </w:pPr>
      <w:r w:rsidRPr="004B1497">
        <w:rPr>
          <w:rFonts w:cs="Times New Roman"/>
          <w:b/>
          <w:szCs w:val="28"/>
          <w:lang w:val="uk-UA"/>
        </w:rPr>
        <w:t>НАКАЗУЮ:</w:t>
      </w:r>
    </w:p>
    <w:p w:rsidR="00976071" w:rsidRPr="004B1497" w:rsidRDefault="004B1497" w:rsidP="004B1497">
      <w:pPr>
        <w:pStyle w:val="ae"/>
        <w:numPr>
          <w:ilvl w:val="0"/>
          <w:numId w:val="10"/>
        </w:numPr>
        <w:tabs>
          <w:tab w:val="left" w:pos="284"/>
        </w:tabs>
        <w:spacing w:after="0"/>
        <w:ind w:left="0" w:firstLine="0"/>
        <w:rPr>
          <w:rFonts w:cs="Times New Roman"/>
          <w:szCs w:val="28"/>
          <w:lang w:val="uk-UA"/>
        </w:rPr>
      </w:pPr>
      <w:r w:rsidRPr="004B1497">
        <w:rPr>
          <w:rFonts w:cs="Times New Roman"/>
          <w:szCs w:val="28"/>
          <w:lang w:val="uk-UA"/>
        </w:rPr>
        <w:t>Організувати у 2026/2027 навчальному році методичну роботу як цілісну систему взаємопов’язаних організаційних, аналітичних, консультативних, навчально-методичних і практичних заходів, спрямованих на підвищення якості освіти, професійний розвиток педагогічних працівників та реалізацію стратегічних цілей закладу.</w:t>
      </w:r>
    </w:p>
    <w:p w:rsidR="00976071" w:rsidRPr="004B1497" w:rsidRDefault="004B1497" w:rsidP="004B1497">
      <w:pPr>
        <w:pStyle w:val="ae"/>
        <w:numPr>
          <w:ilvl w:val="0"/>
          <w:numId w:val="10"/>
        </w:numPr>
        <w:tabs>
          <w:tab w:val="left" w:pos="284"/>
        </w:tabs>
        <w:spacing w:after="0"/>
        <w:ind w:left="0" w:firstLine="0"/>
        <w:rPr>
          <w:rFonts w:cs="Times New Roman"/>
          <w:szCs w:val="28"/>
          <w:lang w:val="uk-UA"/>
        </w:rPr>
      </w:pPr>
      <w:r w:rsidRPr="004B1497">
        <w:rPr>
          <w:rFonts w:cs="Times New Roman"/>
          <w:b/>
          <w:szCs w:val="28"/>
          <w:lang w:val="uk-UA"/>
        </w:rPr>
        <w:t xml:space="preserve">Продовжити роботу педагогічного колективу над освітньо-методичною темою </w:t>
      </w:r>
      <w:r w:rsidRPr="004B1497">
        <w:rPr>
          <w:rFonts w:cs="Times New Roman"/>
          <w:b/>
          <w:color w:val="002060"/>
          <w:szCs w:val="28"/>
          <w:lang w:val="uk-UA"/>
        </w:rPr>
        <w:t>«Формування компетентності вчителя й учня шляхом створення інноваційно-освітнього простору в контексті розб</w:t>
      </w:r>
      <w:r w:rsidR="00EF295C" w:rsidRPr="004B1497">
        <w:rPr>
          <w:rFonts w:cs="Times New Roman"/>
          <w:b/>
          <w:color w:val="002060"/>
          <w:szCs w:val="28"/>
          <w:lang w:val="uk-UA"/>
        </w:rPr>
        <w:t>удови Нової української школи» -</w:t>
      </w:r>
      <w:r w:rsidRPr="004B1497">
        <w:rPr>
          <w:rFonts w:cs="Times New Roman"/>
          <w:b/>
          <w:szCs w:val="28"/>
        </w:rPr>
        <w:t>IV</w:t>
      </w:r>
      <w:r w:rsidRPr="004B1497">
        <w:rPr>
          <w:rFonts w:cs="Times New Roman"/>
          <w:b/>
          <w:szCs w:val="28"/>
          <w:lang w:val="uk-UA"/>
        </w:rPr>
        <w:t xml:space="preserve"> етап:</w:t>
      </w:r>
      <w:r w:rsidR="00EF295C" w:rsidRPr="004B1497">
        <w:rPr>
          <w:rFonts w:cs="Times New Roman"/>
          <w:b/>
          <w:i/>
          <w:szCs w:val="28"/>
          <w:lang w:val="uk-UA"/>
        </w:rPr>
        <w:t>творчий етап  та керівництво процесом упровадження</w:t>
      </w:r>
      <w:r w:rsidRPr="004B1497">
        <w:rPr>
          <w:rFonts w:cs="Times New Roman"/>
          <w:szCs w:val="28"/>
          <w:lang w:val="uk-UA"/>
        </w:rPr>
        <w:t>.</w:t>
      </w:r>
    </w:p>
    <w:p w:rsidR="00976071" w:rsidRPr="004B1497" w:rsidRDefault="004B1497" w:rsidP="004B1497">
      <w:pPr>
        <w:pStyle w:val="ae"/>
        <w:numPr>
          <w:ilvl w:val="0"/>
          <w:numId w:val="10"/>
        </w:numPr>
        <w:tabs>
          <w:tab w:val="left" w:pos="284"/>
        </w:tabs>
        <w:spacing w:after="0"/>
        <w:ind w:left="0" w:firstLine="0"/>
        <w:rPr>
          <w:rFonts w:cs="Times New Roman"/>
          <w:szCs w:val="28"/>
          <w:lang w:val="uk-UA"/>
        </w:rPr>
      </w:pPr>
      <w:r w:rsidRPr="004B1497">
        <w:rPr>
          <w:rFonts w:cs="Times New Roman"/>
          <w:szCs w:val="28"/>
          <w:lang w:val="uk-UA"/>
        </w:rPr>
        <w:t>Визначити пріоритетними напрямами методичної роботи у 2026/2027 навчальному році:</w:t>
      </w:r>
    </w:p>
    <w:p w:rsidR="00976071" w:rsidRPr="004B1497" w:rsidRDefault="004B1497" w:rsidP="004B1497">
      <w:pPr>
        <w:pStyle w:val="ae"/>
        <w:numPr>
          <w:ilvl w:val="2"/>
          <w:numId w:val="17"/>
        </w:numPr>
        <w:tabs>
          <w:tab w:val="left" w:pos="284"/>
        </w:tabs>
        <w:spacing w:after="0"/>
        <w:ind w:left="0" w:firstLine="0"/>
        <w:rPr>
          <w:rFonts w:cs="Times New Roman"/>
          <w:szCs w:val="28"/>
          <w:lang w:val="uk-UA"/>
        </w:rPr>
      </w:pPr>
      <w:r w:rsidRPr="004B1497">
        <w:rPr>
          <w:rFonts w:cs="Times New Roman"/>
          <w:szCs w:val="28"/>
          <w:lang w:val="uk-UA"/>
        </w:rPr>
        <w:t>методичний супровід упровадження Державного стандарту базової середньої освіти та реалізації НУШ у 9-х класах;</w:t>
      </w:r>
    </w:p>
    <w:p w:rsidR="00976071" w:rsidRPr="004B1497" w:rsidRDefault="004B1497" w:rsidP="004B1497">
      <w:pPr>
        <w:pStyle w:val="ae"/>
        <w:numPr>
          <w:ilvl w:val="2"/>
          <w:numId w:val="17"/>
        </w:numPr>
        <w:tabs>
          <w:tab w:val="left" w:pos="284"/>
        </w:tabs>
        <w:spacing w:after="0"/>
        <w:ind w:left="0" w:firstLine="0"/>
        <w:rPr>
          <w:rFonts w:cs="Times New Roman"/>
          <w:szCs w:val="28"/>
          <w:lang w:val="uk-UA"/>
        </w:rPr>
      </w:pPr>
      <w:r w:rsidRPr="004B1497">
        <w:rPr>
          <w:rFonts w:cs="Times New Roman"/>
          <w:szCs w:val="28"/>
          <w:lang w:val="uk-UA"/>
        </w:rPr>
        <w:t>удосконалення компетентнісного, діяльнісного, інтегрованого та особистісно орієнтованого навчання;</w:t>
      </w:r>
    </w:p>
    <w:p w:rsidR="00976071" w:rsidRPr="004B1497" w:rsidRDefault="004B1497" w:rsidP="004B1497">
      <w:pPr>
        <w:pStyle w:val="ae"/>
        <w:numPr>
          <w:ilvl w:val="2"/>
          <w:numId w:val="17"/>
        </w:numPr>
        <w:tabs>
          <w:tab w:val="left" w:pos="284"/>
        </w:tabs>
        <w:spacing w:after="0"/>
        <w:ind w:left="0" w:firstLine="0"/>
        <w:rPr>
          <w:rFonts w:cs="Times New Roman"/>
          <w:szCs w:val="28"/>
          <w:lang w:val="uk-UA"/>
        </w:rPr>
      </w:pPr>
      <w:r w:rsidRPr="004B1497">
        <w:rPr>
          <w:rFonts w:cs="Times New Roman"/>
          <w:szCs w:val="28"/>
          <w:lang w:val="uk-UA"/>
        </w:rPr>
        <w:t>використання результатів діагностування та моніторингу для подолання освітніх втрат і коригування індивідуальних освітніх траєкторій;</w:t>
      </w:r>
    </w:p>
    <w:p w:rsidR="00976071" w:rsidRPr="004B1497" w:rsidRDefault="004B1497" w:rsidP="004B1497">
      <w:pPr>
        <w:pStyle w:val="ae"/>
        <w:numPr>
          <w:ilvl w:val="2"/>
          <w:numId w:val="17"/>
        </w:numPr>
        <w:tabs>
          <w:tab w:val="left" w:pos="284"/>
        </w:tabs>
        <w:spacing w:after="0"/>
        <w:ind w:left="0" w:firstLine="0"/>
        <w:rPr>
          <w:rFonts w:cs="Times New Roman"/>
          <w:szCs w:val="28"/>
          <w:lang w:val="uk-UA"/>
        </w:rPr>
      </w:pPr>
      <w:r w:rsidRPr="004B1497">
        <w:rPr>
          <w:rFonts w:cs="Times New Roman"/>
          <w:szCs w:val="28"/>
          <w:lang w:val="uk-UA"/>
        </w:rPr>
        <w:t>розвиток системи формувального оцінювання, самооцінювання та взаємооцінювання здобувачів освіти;</w:t>
      </w:r>
    </w:p>
    <w:p w:rsidR="00976071" w:rsidRPr="004B1497" w:rsidRDefault="004B1497" w:rsidP="004B1497">
      <w:pPr>
        <w:pStyle w:val="ae"/>
        <w:numPr>
          <w:ilvl w:val="2"/>
          <w:numId w:val="17"/>
        </w:numPr>
        <w:tabs>
          <w:tab w:val="left" w:pos="284"/>
        </w:tabs>
        <w:spacing w:after="0"/>
        <w:ind w:left="0" w:firstLine="0"/>
        <w:rPr>
          <w:rFonts w:cs="Times New Roman"/>
          <w:szCs w:val="28"/>
          <w:lang w:val="uk-UA"/>
        </w:rPr>
      </w:pPr>
      <w:r w:rsidRPr="004B1497">
        <w:rPr>
          <w:rFonts w:cs="Times New Roman"/>
          <w:szCs w:val="28"/>
          <w:lang w:val="uk-UA"/>
        </w:rPr>
        <w:t>реалізацію внутрішньої політики академічної доброчесності, дотримання авторського права та відповідальне використання штучного інтелекту;</w:t>
      </w:r>
    </w:p>
    <w:p w:rsidR="001308BA" w:rsidRDefault="001308BA" w:rsidP="004B1497">
      <w:pPr>
        <w:pStyle w:val="ae"/>
        <w:numPr>
          <w:ilvl w:val="2"/>
          <w:numId w:val="17"/>
        </w:numPr>
        <w:tabs>
          <w:tab w:val="left" w:pos="284"/>
        </w:tabs>
        <w:spacing w:after="0"/>
        <w:ind w:left="0" w:firstLine="0"/>
        <w:rPr>
          <w:rFonts w:cs="Times New Roman"/>
          <w:szCs w:val="28"/>
          <w:lang w:val="uk-UA"/>
        </w:rPr>
      </w:pPr>
    </w:p>
    <w:p w:rsidR="001308BA" w:rsidRDefault="001308BA" w:rsidP="001308BA">
      <w:pPr>
        <w:pStyle w:val="ae"/>
        <w:tabs>
          <w:tab w:val="left" w:pos="284"/>
        </w:tabs>
        <w:spacing w:after="0"/>
        <w:ind w:left="0"/>
        <w:rPr>
          <w:rFonts w:cs="Times New Roman"/>
          <w:szCs w:val="28"/>
          <w:lang w:val="uk-UA"/>
        </w:rPr>
      </w:pPr>
    </w:p>
    <w:p w:rsidR="001308BA" w:rsidRDefault="001308BA" w:rsidP="001308BA">
      <w:pPr>
        <w:pStyle w:val="ae"/>
        <w:tabs>
          <w:tab w:val="left" w:pos="284"/>
        </w:tabs>
        <w:spacing w:after="0"/>
        <w:ind w:left="0"/>
        <w:rPr>
          <w:rFonts w:cs="Times New Roman"/>
          <w:szCs w:val="28"/>
          <w:lang w:val="uk-UA"/>
        </w:rPr>
      </w:pPr>
    </w:p>
    <w:p w:rsidR="001308BA" w:rsidRDefault="001308BA" w:rsidP="001308BA">
      <w:pPr>
        <w:pStyle w:val="ae"/>
        <w:tabs>
          <w:tab w:val="left" w:pos="284"/>
        </w:tabs>
        <w:spacing w:after="0"/>
        <w:ind w:left="0"/>
        <w:rPr>
          <w:rFonts w:cs="Times New Roman"/>
          <w:szCs w:val="28"/>
          <w:lang w:val="uk-UA"/>
        </w:rPr>
      </w:pPr>
    </w:p>
    <w:p w:rsidR="00976071" w:rsidRPr="004B1497" w:rsidRDefault="004B1497" w:rsidP="004B1497">
      <w:pPr>
        <w:pStyle w:val="ae"/>
        <w:numPr>
          <w:ilvl w:val="2"/>
          <w:numId w:val="17"/>
        </w:numPr>
        <w:tabs>
          <w:tab w:val="left" w:pos="284"/>
        </w:tabs>
        <w:spacing w:after="0"/>
        <w:ind w:left="0" w:firstLine="0"/>
        <w:rPr>
          <w:rFonts w:cs="Times New Roman"/>
          <w:szCs w:val="28"/>
          <w:lang w:val="uk-UA"/>
        </w:rPr>
      </w:pPr>
      <w:r w:rsidRPr="004B1497">
        <w:rPr>
          <w:rFonts w:cs="Times New Roman"/>
          <w:szCs w:val="28"/>
          <w:lang w:val="uk-UA"/>
        </w:rPr>
        <w:t xml:space="preserve">розвиток цифрової, інформаційної, інклюзивної, психологічної та </w:t>
      </w:r>
      <w:r w:rsidR="00235621">
        <w:rPr>
          <w:rFonts w:cs="Times New Roman"/>
          <w:szCs w:val="28"/>
          <w:lang w:val="uk-UA"/>
        </w:rPr>
        <w:t xml:space="preserve">без пекової </w:t>
      </w:r>
      <w:r w:rsidRPr="004B1497">
        <w:rPr>
          <w:rFonts w:cs="Times New Roman"/>
          <w:szCs w:val="28"/>
          <w:lang w:val="uk-UA"/>
        </w:rPr>
        <w:t>компетентностей педагогічних працівників;</w:t>
      </w:r>
    </w:p>
    <w:p w:rsidR="00976071" w:rsidRPr="000D3CF9" w:rsidRDefault="004B1497" w:rsidP="004B1497">
      <w:pPr>
        <w:pStyle w:val="ae"/>
        <w:numPr>
          <w:ilvl w:val="0"/>
          <w:numId w:val="17"/>
        </w:numPr>
        <w:tabs>
          <w:tab w:val="left" w:pos="284"/>
        </w:tabs>
        <w:spacing w:after="0"/>
        <w:ind w:left="0" w:firstLine="0"/>
        <w:rPr>
          <w:rFonts w:cs="Times New Roman"/>
          <w:szCs w:val="28"/>
          <w:lang w:val="uk-UA"/>
        </w:rPr>
      </w:pPr>
      <w:r w:rsidRPr="000D3CF9">
        <w:rPr>
          <w:rFonts w:cs="Times New Roman"/>
          <w:szCs w:val="28"/>
          <w:lang w:val="uk-UA"/>
        </w:rPr>
        <w:t>– методичний</w:t>
      </w:r>
      <w:r w:rsidR="00235621">
        <w:rPr>
          <w:rFonts w:cs="Times New Roman"/>
          <w:szCs w:val="28"/>
          <w:lang w:val="uk-UA"/>
        </w:rPr>
        <w:t xml:space="preserve"> супровід інк</w:t>
      </w:r>
      <w:r w:rsidRPr="000D3CF9">
        <w:rPr>
          <w:rFonts w:cs="Times New Roman"/>
          <w:szCs w:val="28"/>
          <w:lang w:val="uk-UA"/>
        </w:rPr>
        <w:t>люзивного</w:t>
      </w:r>
      <w:r w:rsidR="00C33424">
        <w:rPr>
          <w:rFonts w:cs="Times New Roman"/>
          <w:szCs w:val="28"/>
          <w:lang w:val="uk-UA"/>
        </w:rPr>
        <w:t xml:space="preserve"> </w:t>
      </w:r>
      <w:r w:rsidRPr="000D3CF9">
        <w:rPr>
          <w:rFonts w:cs="Times New Roman"/>
          <w:szCs w:val="28"/>
          <w:lang w:val="uk-UA"/>
        </w:rPr>
        <w:t>навчання, командної</w:t>
      </w:r>
      <w:r w:rsidR="00C33424">
        <w:rPr>
          <w:rFonts w:cs="Times New Roman"/>
          <w:szCs w:val="28"/>
          <w:lang w:val="uk-UA"/>
        </w:rPr>
        <w:t xml:space="preserve"> </w:t>
      </w:r>
      <w:r w:rsidRPr="000D3CF9">
        <w:rPr>
          <w:rFonts w:cs="Times New Roman"/>
          <w:szCs w:val="28"/>
          <w:lang w:val="uk-UA"/>
        </w:rPr>
        <w:t>взаємодії та створенняуніверсального дизайну навчання;</w:t>
      </w:r>
    </w:p>
    <w:p w:rsidR="00976071" w:rsidRPr="000D3CF9" w:rsidRDefault="004B1497" w:rsidP="004B1497">
      <w:pPr>
        <w:pStyle w:val="ae"/>
        <w:numPr>
          <w:ilvl w:val="0"/>
          <w:numId w:val="17"/>
        </w:numPr>
        <w:tabs>
          <w:tab w:val="left" w:pos="284"/>
        </w:tabs>
        <w:spacing w:after="0"/>
        <w:ind w:left="0" w:firstLine="0"/>
        <w:rPr>
          <w:rFonts w:cs="Times New Roman"/>
          <w:szCs w:val="28"/>
          <w:lang w:val="uk-UA"/>
        </w:rPr>
      </w:pPr>
      <w:r w:rsidRPr="000D3CF9">
        <w:rPr>
          <w:rFonts w:cs="Times New Roman"/>
          <w:szCs w:val="28"/>
          <w:lang w:val="uk-UA"/>
        </w:rPr>
        <w:t>– підтримку</w:t>
      </w:r>
      <w:r w:rsidR="00C33424">
        <w:rPr>
          <w:rFonts w:cs="Times New Roman"/>
          <w:szCs w:val="28"/>
          <w:lang w:val="uk-UA"/>
        </w:rPr>
        <w:t xml:space="preserve"> </w:t>
      </w:r>
      <w:r w:rsidRPr="000D3CF9">
        <w:rPr>
          <w:rFonts w:cs="Times New Roman"/>
          <w:szCs w:val="28"/>
          <w:lang w:val="uk-UA"/>
        </w:rPr>
        <w:t>обдарованих</w:t>
      </w:r>
      <w:r w:rsidR="00C33424">
        <w:rPr>
          <w:rFonts w:cs="Times New Roman"/>
          <w:szCs w:val="28"/>
          <w:lang w:val="uk-UA"/>
        </w:rPr>
        <w:t xml:space="preserve"> </w:t>
      </w:r>
      <w:r w:rsidRPr="000D3CF9">
        <w:rPr>
          <w:rFonts w:cs="Times New Roman"/>
          <w:szCs w:val="28"/>
          <w:lang w:val="uk-UA"/>
        </w:rPr>
        <w:t>здобувачів</w:t>
      </w:r>
      <w:r w:rsidR="00C33424">
        <w:rPr>
          <w:rFonts w:cs="Times New Roman"/>
          <w:szCs w:val="28"/>
          <w:lang w:val="uk-UA"/>
        </w:rPr>
        <w:t xml:space="preserve"> </w:t>
      </w:r>
      <w:r w:rsidRPr="000D3CF9">
        <w:rPr>
          <w:rFonts w:cs="Times New Roman"/>
          <w:szCs w:val="28"/>
          <w:lang w:val="uk-UA"/>
        </w:rPr>
        <w:t xml:space="preserve">освіти, дослідницької, проєктної, олімпіадної та </w:t>
      </w:r>
      <w:r w:rsidRPr="004B1497">
        <w:rPr>
          <w:rFonts w:cs="Times New Roman"/>
          <w:szCs w:val="28"/>
        </w:rPr>
        <w:t>STEM</w:t>
      </w:r>
      <w:r w:rsidRPr="000D3CF9">
        <w:rPr>
          <w:rFonts w:cs="Times New Roman"/>
          <w:szCs w:val="28"/>
          <w:lang w:val="uk-UA"/>
        </w:rPr>
        <w:t>-діяльності;</w:t>
      </w:r>
    </w:p>
    <w:p w:rsidR="00976071" w:rsidRPr="000D3CF9" w:rsidRDefault="004B1497" w:rsidP="004B1497">
      <w:pPr>
        <w:pStyle w:val="ae"/>
        <w:numPr>
          <w:ilvl w:val="0"/>
          <w:numId w:val="17"/>
        </w:numPr>
        <w:tabs>
          <w:tab w:val="left" w:pos="284"/>
        </w:tabs>
        <w:spacing w:after="0"/>
        <w:ind w:left="0" w:firstLine="0"/>
        <w:rPr>
          <w:rFonts w:cs="Times New Roman"/>
          <w:szCs w:val="28"/>
          <w:lang w:val="uk-UA"/>
        </w:rPr>
      </w:pPr>
      <w:r w:rsidRPr="000D3CF9">
        <w:rPr>
          <w:rFonts w:cs="Times New Roman"/>
          <w:szCs w:val="28"/>
          <w:lang w:val="uk-UA"/>
        </w:rPr>
        <w:t>– розвиток</w:t>
      </w:r>
      <w:r w:rsidR="00C33424">
        <w:rPr>
          <w:rFonts w:cs="Times New Roman"/>
          <w:szCs w:val="28"/>
          <w:lang w:val="uk-UA"/>
        </w:rPr>
        <w:t xml:space="preserve"> </w:t>
      </w:r>
      <w:r w:rsidRPr="000D3CF9">
        <w:rPr>
          <w:rFonts w:cs="Times New Roman"/>
          <w:szCs w:val="28"/>
          <w:lang w:val="uk-UA"/>
        </w:rPr>
        <w:t>наставництва, взаємонавчання, професійних</w:t>
      </w:r>
      <w:r w:rsidR="00C33424">
        <w:rPr>
          <w:rFonts w:cs="Times New Roman"/>
          <w:szCs w:val="28"/>
          <w:lang w:val="uk-UA"/>
        </w:rPr>
        <w:t xml:space="preserve"> </w:t>
      </w:r>
      <w:r w:rsidRPr="000D3CF9">
        <w:rPr>
          <w:rFonts w:cs="Times New Roman"/>
          <w:szCs w:val="28"/>
          <w:lang w:val="uk-UA"/>
        </w:rPr>
        <w:t>спільнот і поширення перспективного педагогічногодосвіду;</w:t>
      </w:r>
    </w:p>
    <w:p w:rsidR="00F90311" w:rsidRPr="004B1497" w:rsidRDefault="004B1497" w:rsidP="004B1497">
      <w:pPr>
        <w:pStyle w:val="ae"/>
        <w:numPr>
          <w:ilvl w:val="0"/>
          <w:numId w:val="17"/>
        </w:numPr>
        <w:tabs>
          <w:tab w:val="left" w:pos="284"/>
        </w:tabs>
        <w:spacing w:after="0"/>
        <w:ind w:left="0" w:firstLine="0"/>
        <w:rPr>
          <w:rFonts w:cs="Times New Roman"/>
          <w:szCs w:val="28"/>
          <w:lang w:val="ru-RU"/>
        </w:rPr>
      </w:pPr>
      <w:r w:rsidRPr="004B1497">
        <w:rPr>
          <w:rFonts w:cs="Times New Roman"/>
          <w:szCs w:val="28"/>
          <w:lang w:val="ru-RU"/>
        </w:rPr>
        <w:t>– підготовку</w:t>
      </w:r>
      <w:r w:rsidR="00C33424">
        <w:rPr>
          <w:rFonts w:cs="Times New Roman"/>
          <w:szCs w:val="28"/>
          <w:lang w:val="ru-RU"/>
        </w:rPr>
        <w:t xml:space="preserve"> </w:t>
      </w:r>
      <w:r w:rsidRPr="004B1497">
        <w:rPr>
          <w:rFonts w:cs="Times New Roman"/>
          <w:szCs w:val="28"/>
          <w:lang w:val="ru-RU"/>
        </w:rPr>
        <w:t>педагогічного</w:t>
      </w:r>
      <w:r w:rsidR="00C33424">
        <w:rPr>
          <w:rFonts w:cs="Times New Roman"/>
          <w:szCs w:val="28"/>
          <w:lang w:val="ru-RU"/>
        </w:rPr>
        <w:t xml:space="preserve"> </w:t>
      </w:r>
      <w:r w:rsidRPr="004B1497">
        <w:rPr>
          <w:rFonts w:cs="Times New Roman"/>
          <w:szCs w:val="28"/>
          <w:lang w:val="ru-RU"/>
        </w:rPr>
        <w:t>колективу до поетапного</w:t>
      </w:r>
      <w:r w:rsidR="00C33424">
        <w:rPr>
          <w:rFonts w:cs="Times New Roman"/>
          <w:szCs w:val="28"/>
          <w:lang w:val="ru-RU"/>
        </w:rPr>
        <w:t xml:space="preserve"> </w:t>
      </w:r>
      <w:r w:rsidRPr="004B1497">
        <w:rPr>
          <w:rFonts w:cs="Times New Roman"/>
          <w:szCs w:val="28"/>
          <w:lang w:val="ru-RU"/>
        </w:rPr>
        <w:t>впровадження</w:t>
      </w:r>
      <w:r w:rsidR="00C33424">
        <w:rPr>
          <w:rFonts w:cs="Times New Roman"/>
          <w:szCs w:val="28"/>
          <w:lang w:val="ru-RU"/>
        </w:rPr>
        <w:t xml:space="preserve"> </w:t>
      </w:r>
      <w:r w:rsidRPr="004B1497">
        <w:rPr>
          <w:rFonts w:cs="Times New Roman"/>
          <w:szCs w:val="28"/>
          <w:lang w:val="ru-RU"/>
        </w:rPr>
        <w:t>профільної</w:t>
      </w:r>
      <w:r w:rsidR="00C33424">
        <w:rPr>
          <w:rFonts w:cs="Times New Roman"/>
          <w:szCs w:val="28"/>
          <w:lang w:val="ru-RU"/>
        </w:rPr>
        <w:t xml:space="preserve"> </w:t>
      </w:r>
      <w:r w:rsidRPr="004B1497">
        <w:rPr>
          <w:rFonts w:cs="Times New Roman"/>
          <w:szCs w:val="28"/>
          <w:lang w:val="ru-RU"/>
        </w:rPr>
        <w:t>середньоїосвіти.</w:t>
      </w:r>
    </w:p>
    <w:p w:rsidR="00F90311" w:rsidRPr="004B1497" w:rsidRDefault="00352B2A" w:rsidP="004B1497">
      <w:pPr>
        <w:pStyle w:val="ae"/>
        <w:numPr>
          <w:ilvl w:val="0"/>
          <w:numId w:val="17"/>
        </w:numPr>
        <w:tabs>
          <w:tab w:val="left" w:pos="284"/>
        </w:tabs>
        <w:spacing w:after="0"/>
        <w:ind w:left="0" w:firstLine="0"/>
        <w:rPr>
          <w:rFonts w:cs="Times New Roman"/>
          <w:szCs w:val="28"/>
          <w:lang w:val="ru-RU"/>
        </w:rPr>
      </w:pPr>
      <w:r w:rsidRPr="004B1497">
        <w:rPr>
          <w:rFonts w:cs="Times New Roman"/>
          <w:szCs w:val="28"/>
          <w:lang w:val="ru-RU"/>
        </w:rPr>
        <w:t>ознайомлення,вивчення</w:t>
      </w:r>
      <w:r w:rsidR="00C33424">
        <w:rPr>
          <w:rFonts w:cs="Times New Roman"/>
          <w:szCs w:val="28"/>
          <w:lang w:val="ru-RU"/>
        </w:rPr>
        <w:t xml:space="preserve"> </w:t>
      </w:r>
      <w:r w:rsidRPr="004B1497">
        <w:rPr>
          <w:rFonts w:cs="Times New Roman"/>
          <w:szCs w:val="28"/>
          <w:lang w:val="ru-RU"/>
        </w:rPr>
        <w:t>та</w:t>
      </w:r>
      <w:r w:rsidR="00C33424">
        <w:rPr>
          <w:rFonts w:cs="Times New Roman"/>
          <w:szCs w:val="28"/>
          <w:lang w:val="ru-RU"/>
        </w:rPr>
        <w:t xml:space="preserve"> </w:t>
      </w:r>
      <w:r w:rsidRPr="004B1497">
        <w:rPr>
          <w:rFonts w:cs="Times New Roman"/>
          <w:szCs w:val="28"/>
          <w:lang w:val="ru-RU"/>
        </w:rPr>
        <w:t>використання</w:t>
      </w:r>
      <w:r w:rsidR="00C33424">
        <w:rPr>
          <w:rFonts w:cs="Times New Roman"/>
          <w:szCs w:val="28"/>
          <w:lang w:val="ru-RU"/>
        </w:rPr>
        <w:t xml:space="preserve"> </w:t>
      </w:r>
      <w:r w:rsidRPr="004B1497">
        <w:rPr>
          <w:rFonts w:cs="Times New Roman"/>
          <w:szCs w:val="28"/>
          <w:lang w:val="ru-RU"/>
        </w:rPr>
        <w:t>на</w:t>
      </w:r>
      <w:r w:rsidR="00C33424">
        <w:rPr>
          <w:rFonts w:cs="Times New Roman"/>
          <w:szCs w:val="28"/>
          <w:lang w:val="ru-RU"/>
        </w:rPr>
        <w:t xml:space="preserve"> </w:t>
      </w:r>
      <w:r w:rsidRPr="004B1497">
        <w:rPr>
          <w:rFonts w:cs="Times New Roman"/>
          <w:szCs w:val="28"/>
          <w:lang w:val="ru-RU"/>
        </w:rPr>
        <w:t>практиці</w:t>
      </w:r>
      <w:r w:rsidR="00C33424">
        <w:rPr>
          <w:rFonts w:cs="Times New Roman"/>
          <w:szCs w:val="28"/>
          <w:lang w:val="ru-RU"/>
        </w:rPr>
        <w:t xml:space="preserve"> </w:t>
      </w:r>
      <w:r w:rsidRPr="004B1497">
        <w:rPr>
          <w:rFonts w:cs="Times New Roman"/>
          <w:szCs w:val="28"/>
          <w:lang w:val="ru-RU"/>
        </w:rPr>
        <w:t>сучасних</w:t>
      </w:r>
      <w:r w:rsidR="00C33424">
        <w:rPr>
          <w:rFonts w:cs="Times New Roman"/>
          <w:szCs w:val="28"/>
          <w:lang w:val="ru-RU"/>
        </w:rPr>
        <w:t xml:space="preserve"> </w:t>
      </w:r>
      <w:r w:rsidRPr="004B1497">
        <w:rPr>
          <w:rFonts w:cs="Times New Roman"/>
          <w:szCs w:val="28"/>
          <w:lang w:val="ru-RU"/>
        </w:rPr>
        <w:t>досягнень</w:t>
      </w:r>
      <w:r w:rsidR="00C33424">
        <w:rPr>
          <w:rFonts w:cs="Times New Roman"/>
          <w:szCs w:val="28"/>
          <w:lang w:val="ru-RU"/>
        </w:rPr>
        <w:t xml:space="preserve"> </w:t>
      </w:r>
      <w:r w:rsidRPr="004B1497">
        <w:rPr>
          <w:rFonts w:cs="Times New Roman"/>
          <w:szCs w:val="28"/>
          <w:lang w:val="ru-RU"/>
        </w:rPr>
        <w:t>психолого-педагогічної</w:t>
      </w:r>
      <w:r w:rsidR="00C33424">
        <w:rPr>
          <w:rFonts w:cs="Times New Roman"/>
          <w:szCs w:val="28"/>
          <w:lang w:val="ru-RU"/>
        </w:rPr>
        <w:t xml:space="preserve"> </w:t>
      </w:r>
      <w:r w:rsidRPr="004B1497">
        <w:rPr>
          <w:rFonts w:cs="Times New Roman"/>
          <w:szCs w:val="28"/>
          <w:lang w:val="ru-RU"/>
        </w:rPr>
        <w:t>науки, перспективного</w:t>
      </w:r>
      <w:r w:rsidR="00C33424">
        <w:rPr>
          <w:rFonts w:cs="Times New Roman"/>
          <w:szCs w:val="28"/>
          <w:lang w:val="ru-RU"/>
        </w:rPr>
        <w:t xml:space="preserve"> </w:t>
      </w:r>
      <w:r w:rsidRPr="004B1497">
        <w:rPr>
          <w:rFonts w:cs="Times New Roman"/>
          <w:szCs w:val="28"/>
          <w:lang w:val="ru-RU"/>
        </w:rPr>
        <w:t>педагогічного</w:t>
      </w:r>
      <w:r w:rsidR="00C33424">
        <w:rPr>
          <w:rFonts w:cs="Times New Roman"/>
          <w:szCs w:val="28"/>
          <w:lang w:val="ru-RU"/>
        </w:rPr>
        <w:t xml:space="preserve"> </w:t>
      </w:r>
      <w:r w:rsidRPr="004B1497">
        <w:rPr>
          <w:rFonts w:cs="Times New Roman"/>
          <w:szCs w:val="28"/>
          <w:lang w:val="ru-RU"/>
        </w:rPr>
        <w:t>досвіду;</w:t>
      </w:r>
    </w:p>
    <w:p w:rsidR="00F90311" w:rsidRPr="004B1497" w:rsidRDefault="00352B2A" w:rsidP="004B1497">
      <w:pPr>
        <w:pStyle w:val="ae"/>
        <w:numPr>
          <w:ilvl w:val="0"/>
          <w:numId w:val="17"/>
        </w:numPr>
        <w:tabs>
          <w:tab w:val="left" w:pos="284"/>
        </w:tabs>
        <w:spacing w:after="0"/>
        <w:ind w:left="0" w:firstLine="0"/>
        <w:rPr>
          <w:rFonts w:cs="Times New Roman"/>
          <w:szCs w:val="28"/>
          <w:lang w:val="ru-RU"/>
        </w:rPr>
      </w:pPr>
      <w:r w:rsidRPr="004B1497">
        <w:rPr>
          <w:rFonts w:cs="Times New Roman"/>
          <w:szCs w:val="28"/>
          <w:lang w:val="ru-RU"/>
        </w:rPr>
        <w:t>розвиток</w:t>
      </w:r>
      <w:r w:rsidR="00C33424">
        <w:rPr>
          <w:rFonts w:cs="Times New Roman"/>
          <w:szCs w:val="28"/>
          <w:lang w:val="ru-RU"/>
        </w:rPr>
        <w:t xml:space="preserve"> </w:t>
      </w:r>
      <w:r w:rsidRPr="004B1497">
        <w:rPr>
          <w:rFonts w:cs="Times New Roman"/>
          <w:szCs w:val="28"/>
          <w:lang w:val="ru-RU"/>
        </w:rPr>
        <w:t>ініціатив</w:t>
      </w:r>
      <w:r w:rsidR="00C33424">
        <w:rPr>
          <w:rFonts w:cs="Times New Roman"/>
          <w:szCs w:val="28"/>
          <w:lang w:val="ru-RU"/>
        </w:rPr>
        <w:t xml:space="preserve"> </w:t>
      </w:r>
      <w:r w:rsidRPr="004B1497">
        <w:rPr>
          <w:rFonts w:cs="Times New Roman"/>
          <w:szCs w:val="28"/>
          <w:lang w:val="ru-RU"/>
        </w:rPr>
        <w:t>творчості,новаторських</w:t>
      </w:r>
      <w:r w:rsidR="00C33424">
        <w:rPr>
          <w:rFonts w:cs="Times New Roman"/>
          <w:szCs w:val="28"/>
          <w:lang w:val="ru-RU"/>
        </w:rPr>
        <w:t xml:space="preserve"> </w:t>
      </w:r>
      <w:r w:rsidRPr="004B1497">
        <w:rPr>
          <w:rFonts w:cs="Times New Roman"/>
          <w:szCs w:val="28"/>
          <w:lang w:val="ru-RU"/>
        </w:rPr>
        <w:t>пошуків</w:t>
      </w:r>
      <w:r w:rsidR="00C33424">
        <w:rPr>
          <w:rFonts w:cs="Times New Roman"/>
          <w:szCs w:val="28"/>
          <w:lang w:val="ru-RU"/>
        </w:rPr>
        <w:t xml:space="preserve"> </w:t>
      </w:r>
      <w:r w:rsidRPr="004B1497">
        <w:rPr>
          <w:rFonts w:cs="Times New Roman"/>
          <w:szCs w:val="28"/>
          <w:lang w:val="ru-RU"/>
        </w:rPr>
        <w:t>педагогів;</w:t>
      </w:r>
    </w:p>
    <w:p w:rsidR="00F90311" w:rsidRPr="004B1497" w:rsidRDefault="00352B2A" w:rsidP="004B1497">
      <w:pPr>
        <w:pStyle w:val="ae"/>
        <w:numPr>
          <w:ilvl w:val="0"/>
          <w:numId w:val="17"/>
        </w:numPr>
        <w:tabs>
          <w:tab w:val="left" w:pos="284"/>
        </w:tabs>
        <w:spacing w:after="0"/>
        <w:ind w:left="0" w:firstLine="0"/>
        <w:rPr>
          <w:rFonts w:cs="Times New Roman"/>
          <w:szCs w:val="28"/>
          <w:lang w:val="ru-RU"/>
        </w:rPr>
      </w:pPr>
      <w:r w:rsidRPr="004B1497">
        <w:rPr>
          <w:rFonts w:cs="Times New Roman"/>
          <w:szCs w:val="28"/>
          <w:lang w:val="ru-RU"/>
        </w:rPr>
        <w:t>урізноманітнення</w:t>
      </w:r>
      <w:r w:rsidR="00C33424">
        <w:rPr>
          <w:rFonts w:cs="Times New Roman"/>
          <w:szCs w:val="28"/>
          <w:lang w:val="ru-RU"/>
        </w:rPr>
        <w:t xml:space="preserve"> </w:t>
      </w:r>
      <w:r w:rsidRPr="004B1497">
        <w:rPr>
          <w:rFonts w:cs="Times New Roman"/>
          <w:szCs w:val="28"/>
          <w:lang w:val="ru-RU"/>
        </w:rPr>
        <w:t>форм</w:t>
      </w:r>
      <w:r w:rsidR="00C33424">
        <w:rPr>
          <w:rFonts w:cs="Times New Roman"/>
          <w:szCs w:val="28"/>
          <w:lang w:val="ru-RU"/>
        </w:rPr>
        <w:t xml:space="preserve"> </w:t>
      </w:r>
      <w:r w:rsidRPr="004B1497">
        <w:rPr>
          <w:rFonts w:cs="Times New Roman"/>
          <w:szCs w:val="28"/>
          <w:lang w:val="ru-RU"/>
        </w:rPr>
        <w:t>підвищення</w:t>
      </w:r>
      <w:r w:rsidR="00C33424">
        <w:rPr>
          <w:rFonts w:cs="Times New Roman"/>
          <w:szCs w:val="28"/>
          <w:lang w:val="ru-RU"/>
        </w:rPr>
        <w:t xml:space="preserve"> </w:t>
      </w:r>
      <w:r w:rsidRPr="004B1497">
        <w:rPr>
          <w:rFonts w:cs="Times New Roman"/>
          <w:szCs w:val="28"/>
          <w:lang w:val="ru-RU"/>
        </w:rPr>
        <w:t>кваліфікації</w:t>
      </w:r>
      <w:r w:rsidR="00C33424">
        <w:rPr>
          <w:rFonts w:cs="Times New Roman"/>
          <w:szCs w:val="28"/>
          <w:lang w:val="ru-RU"/>
        </w:rPr>
        <w:t xml:space="preserve"> </w:t>
      </w:r>
      <w:r w:rsidRPr="004B1497">
        <w:rPr>
          <w:rFonts w:cs="Times New Roman"/>
          <w:szCs w:val="28"/>
          <w:lang w:val="ru-RU"/>
        </w:rPr>
        <w:t>педагогічних</w:t>
      </w:r>
      <w:r w:rsidR="00C33424">
        <w:rPr>
          <w:rFonts w:cs="Times New Roman"/>
          <w:szCs w:val="28"/>
          <w:lang w:val="ru-RU"/>
        </w:rPr>
        <w:t xml:space="preserve"> </w:t>
      </w:r>
      <w:r w:rsidRPr="004B1497">
        <w:rPr>
          <w:rFonts w:cs="Times New Roman"/>
          <w:szCs w:val="28"/>
          <w:lang w:val="ru-RU"/>
        </w:rPr>
        <w:t>працівників(тренінговізаняття, інтерактивні</w:t>
      </w:r>
      <w:r w:rsidR="00C33424">
        <w:rPr>
          <w:rFonts w:cs="Times New Roman"/>
          <w:szCs w:val="28"/>
          <w:lang w:val="ru-RU"/>
        </w:rPr>
        <w:t xml:space="preserve"> </w:t>
      </w:r>
      <w:r w:rsidRPr="004B1497">
        <w:rPr>
          <w:rFonts w:cs="Times New Roman"/>
          <w:szCs w:val="28"/>
          <w:lang w:val="ru-RU"/>
        </w:rPr>
        <w:t>лекції, майстер-класи, дискусії, конференції, онлайн зустрічі</w:t>
      </w:r>
      <w:r w:rsidR="00C33424">
        <w:rPr>
          <w:rFonts w:cs="Times New Roman"/>
          <w:szCs w:val="28"/>
          <w:lang w:val="ru-RU"/>
        </w:rPr>
        <w:t xml:space="preserve"> </w:t>
      </w:r>
      <w:r w:rsidRPr="004B1497">
        <w:rPr>
          <w:rFonts w:cs="Times New Roman"/>
          <w:szCs w:val="28"/>
          <w:lang w:val="ru-RU"/>
        </w:rPr>
        <w:t>тощо);сприяння</w:t>
      </w:r>
      <w:r w:rsidR="00C33424">
        <w:rPr>
          <w:rFonts w:cs="Times New Roman"/>
          <w:szCs w:val="28"/>
          <w:lang w:val="ru-RU"/>
        </w:rPr>
        <w:t xml:space="preserve"> </w:t>
      </w:r>
      <w:r w:rsidRPr="004B1497">
        <w:rPr>
          <w:rFonts w:cs="Times New Roman"/>
          <w:szCs w:val="28"/>
          <w:lang w:val="ru-RU"/>
        </w:rPr>
        <w:t>самоосвітній</w:t>
      </w:r>
      <w:r w:rsidR="00C33424">
        <w:rPr>
          <w:rFonts w:cs="Times New Roman"/>
          <w:szCs w:val="28"/>
          <w:lang w:val="ru-RU"/>
        </w:rPr>
        <w:t xml:space="preserve"> </w:t>
      </w:r>
      <w:r w:rsidRPr="004B1497">
        <w:rPr>
          <w:rFonts w:cs="Times New Roman"/>
          <w:szCs w:val="28"/>
          <w:lang w:val="ru-RU"/>
        </w:rPr>
        <w:t>фаховій</w:t>
      </w:r>
      <w:r w:rsidR="00C33424">
        <w:rPr>
          <w:rFonts w:cs="Times New Roman"/>
          <w:szCs w:val="28"/>
          <w:lang w:val="ru-RU"/>
        </w:rPr>
        <w:t xml:space="preserve"> </w:t>
      </w:r>
      <w:r w:rsidRPr="004B1497">
        <w:rPr>
          <w:rFonts w:cs="Times New Roman"/>
          <w:szCs w:val="28"/>
          <w:lang w:val="ru-RU"/>
        </w:rPr>
        <w:t>діяльності</w:t>
      </w:r>
      <w:r w:rsidR="00C33424">
        <w:rPr>
          <w:rFonts w:cs="Times New Roman"/>
          <w:szCs w:val="28"/>
          <w:lang w:val="ru-RU"/>
        </w:rPr>
        <w:t xml:space="preserve"> </w:t>
      </w:r>
      <w:r w:rsidRPr="004B1497">
        <w:rPr>
          <w:rFonts w:cs="Times New Roman"/>
          <w:szCs w:val="28"/>
          <w:lang w:val="ru-RU"/>
        </w:rPr>
        <w:t>педагогів з використанням офлайн та онлайн</w:t>
      </w:r>
      <w:r w:rsidR="00C33424">
        <w:rPr>
          <w:rFonts w:cs="Times New Roman"/>
          <w:szCs w:val="28"/>
          <w:lang w:val="ru-RU"/>
        </w:rPr>
        <w:t xml:space="preserve"> </w:t>
      </w:r>
      <w:r w:rsidRPr="004B1497">
        <w:rPr>
          <w:rFonts w:cs="Times New Roman"/>
          <w:szCs w:val="28"/>
          <w:lang w:val="ru-RU"/>
        </w:rPr>
        <w:t>платформ</w:t>
      </w:r>
      <w:r w:rsidR="00235621">
        <w:rPr>
          <w:rFonts w:cs="Times New Roman"/>
          <w:szCs w:val="28"/>
          <w:lang w:val="ru-RU"/>
        </w:rPr>
        <w:t xml:space="preserve"> З. </w:t>
      </w:r>
      <w:r w:rsidRPr="004B1497">
        <w:rPr>
          <w:rFonts w:cs="Times New Roman"/>
          <w:szCs w:val="28"/>
          <w:lang w:val="ru-RU"/>
        </w:rPr>
        <w:t>метою</w:t>
      </w:r>
      <w:r w:rsidR="00C33424">
        <w:rPr>
          <w:rFonts w:cs="Times New Roman"/>
          <w:szCs w:val="28"/>
          <w:lang w:val="ru-RU"/>
        </w:rPr>
        <w:t xml:space="preserve"> </w:t>
      </w:r>
      <w:r w:rsidRPr="004B1497">
        <w:rPr>
          <w:rFonts w:cs="Times New Roman"/>
          <w:szCs w:val="28"/>
          <w:lang w:val="ru-RU"/>
        </w:rPr>
        <w:t>доповнення</w:t>
      </w:r>
      <w:r w:rsidR="00C33424">
        <w:rPr>
          <w:rFonts w:cs="Times New Roman"/>
          <w:szCs w:val="28"/>
          <w:lang w:val="ru-RU"/>
        </w:rPr>
        <w:t xml:space="preserve"> </w:t>
      </w:r>
      <w:r w:rsidRPr="004B1497">
        <w:rPr>
          <w:rFonts w:cs="Times New Roman"/>
          <w:szCs w:val="28"/>
          <w:lang w:val="ru-RU"/>
        </w:rPr>
        <w:t>безперервного</w:t>
      </w:r>
      <w:r w:rsidR="00C33424">
        <w:rPr>
          <w:rFonts w:cs="Times New Roman"/>
          <w:szCs w:val="28"/>
          <w:lang w:val="ru-RU"/>
        </w:rPr>
        <w:t xml:space="preserve"> </w:t>
      </w:r>
      <w:r w:rsidRPr="004B1497">
        <w:rPr>
          <w:rFonts w:cs="Times New Roman"/>
          <w:szCs w:val="28"/>
          <w:lang w:val="ru-RU"/>
        </w:rPr>
        <w:t>підвищення</w:t>
      </w:r>
      <w:r w:rsidR="00C33424">
        <w:rPr>
          <w:rFonts w:cs="Times New Roman"/>
          <w:szCs w:val="28"/>
          <w:lang w:val="ru-RU"/>
        </w:rPr>
        <w:t xml:space="preserve"> </w:t>
      </w:r>
      <w:r w:rsidRPr="004B1497">
        <w:rPr>
          <w:rFonts w:cs="Times New Roman"/>
          <w:szCs w:val="28"/>
          <w:lang w:val="ru-RU"/>
        </w:rPr>
        <w:t>власної</w:t>
      </w:r>
      <w:r w:rsidR="00C33424">
        <w:rPr>
          <w:rFonts w:cs="Times New Roman"/>
          <w:szCs w:val="28"/>
          <w:lang w:val="ru-RU"/>
        </w:rPr>
        <w:t xml:space="preserve"> </w:t>
      </w:r>
      <w:r w:rsidRPr="004B1497">
        <w:rPr>
          <w:rFonts w:cs="Times New Roman"/>
          <w:szCs w:val="28"/>
          <w:lang w:val="ru-RU"/>
        </w:rPr>
        <w:t>кваліфікації</w:t>
      </w:r>
      <w:r w:rsidR="00C33424">
        <w:rPr>
          <w:rFonts w:cs="Times New Roman"/>
          <w:szCs w:val="28"/>
          <w:lang w:val="ru-RU"/>
        </w:rPr>
        <w:t xml:space="preserve"> </w:t>
      </w:r>
      <w:r w:rsidRPr="004B1497">
        <w:rPr>
          <w:rFonts w:cs="Times New Roman"/>
          <w:szCs w:val="28"/>
          <w:lang w:val="ru-RU"/>
        </w:rPr>
        <w:t>та</w:t>
      </w:r>
      <w:r w:rsidR="00C33424">
        <w:rPr>
          <w:rFonts w:cs="Times New Roman"/>
          <w:szCs w:val="28"/>
          <w:lang w:val="ru-RU"/>
        </w:rPr>
        <w:t xml:space="preserve"> </w:t>
      </w:r>
      <w:r w:rsidRPr="004B1497">
        <w:rPr>
          <w:rFonts w:cs="Times New Roman"/>
          <w:szCs w:val="28"/>
          <w:lang w:val="ru-RU"/>
        </w:rPr>
        <w:t>педагогічної</w:t>
      </w:r>
      <w:r w:rsidR="00C33424">
        <w:rPr>
          <w:rFonts w:cs="Times New Roman"/>
          <w:szCs w:val="28"/>
          <w:lang w:val="ru-RU"/>
        </w:rPr>
        <w:t xml:space="preserve"> </w:t>
      </w:r>
      <w:r w:rsidRPr="004B1497">
        <w:rPr>
          <w:rFonts w:cs="Times New Roman"/>
          <w:szCs w:val="28"/>
          <w:lang w:val="ru-RU"/>
        </w:rPr>
        <w:t>майстерності;</w:t>
      </w:r>
    </w:p>
    <w:p w:rsidR="00352B2A" w:rsidRPr="004B1497" w:rsidRDefault="00352B2A" w:rsidP="004B1497">
      <w:pPr>
        <w:pStyle w:val="ae"/>
        <w:numPr>
          <w:ilvl w:val="0"/>
          <w:numId w:val="17"/>
        </w:numPr>
        <w:tabs>
          <w:tab w:val="left" w:pos="284"/>
        </w:tabs>
        <w:spacing w:after="0"/>
        <w:ind w:left="0" w:firstLine="0"/>
        <w:rPr>
          <w:rFonts w:cs="Times New Roman"/>
          <w:szCs w:val="28"/>
          <w:lang w:val="ru-RU"/>
        </w:rPr>
      </w:pPr>
      <w:r w:rsidRPr="004B1497">
        <w:rPr>
          <w:rFonts w:cs="Times New Roman"/>
          <w:szCs w:val="28"/>
          <w:lang w:val="ru-RU"/>
        </w:rPr>
        <w:t>поширення</w:t>
      </w:r>
      <w:r w:rsidR="00C33424">
        <w:rPr>
          <w:rFonts w:cs="Times New Roman"/>
          <w:szCs w:val="28"/>
          <w:lang w:val="ru-RU"/>
        </w:rPr>
        <w:t xml:space="preserve"> </w:t>
      </w:r>
      <w:r w:rsidRPr="004B1497">
        <w:rPr>
          <w:rFonts w:cs="Times New Roman"/>
          <w:szCs w:val="28"/>
          <w:lang w:val="ru-RU"/>
        </w:rPr>
        <w:t>досвіду</w:t>
      </w:r>
      <w:r w:rsidR="00C33424">
        <w:rPr>
          <w:rFonts w:cs="Times New Roman"/>
          <w:szCs w:val="28"/>
          <w:lang w:val="ru-RU"/>
        </w:rPr>
        <w:t xml:space="preserve"> </w:t>
      </w:r>
      <w:r w:rsidRPr="004B1497">
        <w:rPr>
          <w:rFonts w:cs="Times New Roman"/>
          <w:szCs w:val="28"/>
          <w:lang w:val="ru-RU"/>
        </w:rPr>
        <w:t>роботи</w:t>
      </w:r>
      <w:r w:rsidR="00C33424">
        <w:rPr>
          <w:rFonts w:cs="Times New Roman"/>
          <w:szCs w:val="28"/>
          <w:lang w:val="ru-RU"/>
        </w:rPr>
        <w:t xml:space="preserve"> </w:t>
      </w:r>
      <w:r w:rsidRPr="004B1497">
        <w:rPr>
          <w:rFonts w:cs="Times New Roman"/>
          <w:szCs w:val="28"/>
          <w:lang w:val="ru-RU"/>
        </w:rPr>
        <w:t>закладу</w:t>
      </w:r>
      <w:r w:rsidR="00C33424">
        <w:rPr>
          <w:rFonts w:cs="Times New Roman"/>
          <w:szCs w:val="28"/>
          <w:lang w:val="ru-RU"/>
        </w:rPr>
        <w:t xml:space="preserve"> </w:t>
      </w:r>
      <w:r w:rsidRPr="004B1497">
        <w:rPr>
          <w:rFonts w:cs="Times New Roman"/>
          <w:szCs w:val="28"/>
          <w:lang w:val="ru-RU"/>
        </w:rPr>
        <w:t>освіти,методичних</w:t>
      </w:r>
      <w:r w:rsidR="00C33424">
        <w:rPr>
          <w:rFonts w:cs="Times New Roman"/>
          <w:szCs w:val="28"/>
          <w:lang w:val="ru-RU"/>
        </w:rPr>
        <w:t xml:space="preserve"> </w:t>
      </w:r>
      <w:r w:rsidRPr="004B1497">
        <w:rPr>
          <w:rFonts w:cs="Times New Roman"/>
          <w:szCs w:val="28"/>
          <w:lang w:val="ru-RU"/>
        </w:rPr>
        <w:t>підрозділів,педагогічних</w:t>
      </w:r>
      <w:r w:rsidR="00C33424">
        <w:rPr>
          <w:rFonts w:cs="Times New Roman"/>
          <w:szCs w:val="28"/>
          <w:lang w:val="ru-RU"/>
        </w:rPr>
        <w:t xml:space="preserve"> </w:t>
      </w:r>
      <w:r w:rsidRPr="004B1497">
        <w:rPr>
          <w:rFonts w:cs="Times New Roman"/>
          <w:szCs w:val="28"/>
          <w:lang w:val="ru-RU"/>
        </w:rPr>
        <w:t>працівників шляхом друку</w:t>
      </w:r>
      <w:r w:rsidR="00C33424">
        <w:rPr>
          <w:rFonts w:cs="Times New Roman"/>
          <w:szCs w:val="28"/>
          <w:lang w:val="ru-RU"/>
        </w:rPr>
        <w:t xml:space="preserve"> </w:t>
      </w:r>
      <w:r w:rsidRPr="004B1497">
        <w:rPr>
          <w:rFonts w:cs="Times New Roman"/>
          <w:szCs w:val="28"/>
          <w:lang w:val="ru-RU"/>
        </w:rPr>
        <w:t>матеріалів у фахових</w:t>
      </w:r>
      <w:r w:rsidR="00C33424">
        <w:rPr>
          <w:rFonts w:cs="Times New Roman"/>
          <w:szCs w:val="28"/>
          <w:lang w:val="ru-RU"/>
        </w:rPr>
        <w:t xml:space="preserve"> </w:t>
      </w:r>
      <w:r w:rsidRPr="004B1497">
        <w:rPr>
          <w:rFonts w:cs="Times New Roman"/>
          <w:szCs w:val="28"/>
          <w:lang w:val="ru-RU"/>
        </w:rPr>
        <w:t>виданнях, на освітніх сайтах, у місцевій</w:t>
      </w:r>
      <w:r w:rsidR="00C33424">
        <w:rPr>
          <w:rFonts w:cs="Times New Roman"/>
          <w:szCs w:val="28"/>
          <w:lang w:val="ru-RU"/>
        </w:rPr>
        <w:t xml:space="preserve"> </w:t>
      </w:r>
      <w:r w:rsidRPr="004B1497">
        <w:rPr>
          <w:rFonts w:cs="Times New Roman"/>
          <w:szCs w:val="28"/>
          <w:lang w:val="ru-RU"/>
        </w:rPr>
        <w:t>пресі; розробки та апробації</w:t>
      </w:r>
      <w:r w:rsidR="00C33424">
        <w:rPr>
          <w:rFonts w:cs="Times New Roman"/>
          <w:szCs w:val="28"/>
          <w:lang w:val="ru-RU"/>
        </w:rPr>
        <w:t xml:space="preserve"> </w:t>
      </w:r>
      <w:r w:rsidRPr="004B1497">
        <w:rPr>
          <w:rFonts w:cs="Times New Roman"/>
          <w:szCs w:val="28"/>
          <w:lang w:val="ru-RU"/>
        </w:rPr>
        <w:t>посібників; випуску</w:t>
      </w:r>
      <w:r w:rsidR="00C33424">
        <w:rPr>
          <w:rFonts w:cs="Times New Roman"/>
          <w:szCs w:val="28"/>
          <w:lang w:val="ru-RU"/>
        </w:rPr>
        <w:t xml:space="preserve"> </w:t>
      </w:r>
      <w:r w:rsidRPr="004B1497">
        <w:rPr>
          <w:rFonts w:cs="Times New Roman"/>
          <w:szCs w:val="28"/>
          <w:lang w:val="ru-RU"/>
        </w:rPr>
        <w:t>друкованих</w:t>
      </w:r>
      <w:r w:rsidR="00C33424">
        <w:rPr>
          <w:rFonts w:cs="Times New Roman"/>
          <w:szCs w:val="28"/>
          <w:lang w:val="ru-RU"/>
        </w:rPr>
        <w:t xml:space="preserve"> </w:t>
      </w:r>
      <w:r w:rsidRPr="004B1497">
        <w:rPr>
          <w:rFonts w:cs="Times New Roman"/>
          <w:szCs w:val="28"/>
          <w:lang w:val="ru-RU"/>
        </w:rPr>
        <w:t>матеріалів з досвіду</w:t>
      </w:r>
      <w:r w:rsidR="00C33424">
        <w:rPr>
          <w:rFonts w:cs="Times New Roman"/>
          <w:szCs w:val="28"/>
          <w:lang w:val="ru-RU"/>
        </w:rPr>
        <w:t xml:space="preserve"> </w:t>
      </w:r>
      <w:r w:rsidRPr="004B1497">
        <w:rPr>
          <w:rFonts w:cs="Times New Roman"/>
          <w:szCs w:val="28"/>
          <w:lang w:val="ru-RU"/>
        </w:rPr>
        <w:t>роботи;забезпечення</w:t>
      </w:r>
      <w:r w:rsidR="00C33424">
        <w:rPr>
          <w:rFonts w:cs="Times New Roman"/>
          <w:szCs w:val="28"/>
          <w:lang w:val="ru-RU"/>
        </w:rPr>
        <w:t xml:space="preserve"> </w:t>
      </w:r>
      <w:r w:rsidRPr="004B1497">
        <w:rPr>
          <w:rFonts w:cs="Times New Roman"/>
          <w:szCs w:val="28"/>
          <w:lang w:val="ru-RU"/>
        </w:rPr>
        <w:t>змістовного</w:t>
      </w:r>
      <w:r w:rsidR="00C33424">
        <w:rPr>
          <w:rFonts w:cs="Times New Roman"/>
          <w:szCs w:val="28"/>
          <w:lang w:val="ru-RU"/>
        </w:rPr>
        <w:t xml:space="preserve"> </w:t>
      </w:r>
      <w:r w:rsidRPr="004B1497">
        <w:rPr>
          <w:rFonts w:cs="Times New Roman"/>
          <w:szCs w:val="28"/>
          <w:lang w:val="ru-RU"/>
        </w:rPr>
        <w:t>наповнення</w:t>
      </w:r>
      <w:r w:rsidRPr="004B1497">
        <w:rPr>
          <w:rFonts w:cs="Times New Roman"/>
          <w:szCs w:val="28"/>
        </w:rPr>
        <w:t>WEB</w:t>
      </w:r>
      <w:r w:rsidRPr="004B1497">
        <w:rPr>
          <w:rFonts w:cs="Times New Roman"/>
          <w:szCs w:val="28"/>
          <w:lang w:val="ru-RU"/>
        </w:rPr>
        <w:t>-сайту</w:t>
      </w:r>
      <w:r w:rsidR="00C33424">
        <w:rPr>
          <w:rFonts w:cs="Times New Roman"/>
          <w:szCs w:val="28"/>
          <w:lang w:val="ru-RU"/>
        </w:rPr>
        <w:t xml:space="preserve"> </w:t>
      </w:r>
      <w:r w:rsidRPr="004B1497">
        <w:rPr>
          <w:rFonts w:cs="Times New Roman"/>
          <w:szCs w:val="28"/>
          <w:lang w:val="ru-RU"/>
        </w:rPr>
        <w:t>закладу</w:t>
      </w:r>
    </w:p>
    <w:p w:rsidR="00352B2A" w:rsidRPr="004B1497" w:rsidRDefault="00352B2A" w:rsidP="004B1497">
      <w:pPr>
        <w:tabs>
          <w:tab w:val="left" w:pos="284"/>
        </w:tabs>
        <w:spacing w:after="0"/>
        <w:rPr>
          <w:rFonts w:cs="Times New Roman"/>
          <w:szCs w:val="28"/>
          <w:lang w:val="ru-RU"/>
        </w:rPr>
      </w:pPr>
    </w:p>
    <w:p w:rsidR="00F90311" w:rsidRPr="004B1497" w:rsidRDefault="004B1497" w:rsidP="004B1497">
      <w:pPr>
        <w:pStyle w:val="ae"/>
        <w:numPr>
          <w:ilvl w:val="0"/>
          <w:numId w:val="10"/>
        </w:numPr>
        <w:tabs>
          <w:tab w:val="left" w:pos="284"/>
        </w:tabs>
        <w:spacing w:after="0"/>
        <w:ind w:left="0" w:firstLine="0"/>
        <w:rPr>
          <w:rFonts w:cs="Times New Roman"/>
          <w:b/>
          <w:szCs w:val="28"/>
          <w:lang w:val="ru-RU"/>
        </w:rPr>
      </w:pPr>
      <w:r w:rsidRPr="004B1497">
        <w:rPr>
          <w:rFonts w:cs="Times New Roman"/>
          <w:b/>
          <w:szCs w:val="28"/>
          <w:lang w:val="ru-RU"/>
        </w:rPr>
        <w:t>Затвердити структуру методичної</w:t>
      </w:r>
      <w:r w:rsidR="00C33424">
        <w:rPr>
          <w:rFonts w:cs="Times New Roman"/>
          <w:b/>
          <w:szCs w:val="28"/>
          <w:lang w:val="ru-RU"/>
        </w:rPr>
        <w:t xml:space="preserve"> </w:t>
      </w:r>
      <w:r w:rsidRPr="004B1497">
        <w:rPr>
          <w:rFonts w:cs="Times New Roman"/>
          <w:b/>
          <w:szCs w:val="28"/>
          <w:lang w:val="ru-RU"/>
        </w:rPr>
        <w:t>роботи у 2026/2027 навчальному</w:t>
      </w:r>
      <w:r w:rsidR="00C33424">
        <w:rPr>
          <w:rFonts w:cs="Times New Roman"/>
          <w:b/>
          <w:szCs w:val="28"/>
          <w:lang w:val="ru-RU"/>
        </w:rPr>
        <w:t xml:space="preserve"> </w:t>
      </w:r>
      <w:r w:rsidRPr="004B1497">
        <w:rPr>
          <w:rFonts w:cs="Times New Roman"/>
          <w:b/>
          <w:szCs w:val="28"/>
          <w:lang w:val="ru-RU"/>
        </w:rPr>
        <w:t xml:space="preserve">році, щовключає: </w:t>
      </w:r>
    </w:p>
    <w:p w:rsidR="00F90311" w:rsidRPr="004B1497" w:rsidRDefault="004B1497" w:rsidP="004B1497">
      <w:pPr>
        <w:pStyle w:val="ae"/>
        <w:numPr>
          <w:ilvl w:val="0"/>
          <w:numId w:val="18"/>
        </w:numPr>
        <w:tabs>
          <w:tab w:val="left" w:pos="284"/>
        </w:tabs>
        <w:spacing w:after="0"/>
        <w:ind w:left="0" w:firstLine="0"/>
        <w:rPr>
          <w:rFonts w:cs="Times New Roman"/>
          <w:szCs w:val="28"/>
          <w:lang w:val="ru-RU"/>
        </w:rPr>
      </w:pPr>
      <w:r w:rsidRPr="004B1497">
        <w:rPr>
          <w:rFonts w:cs="Times New Roman"/>
          <w:szCs w:val="28"/>
          <w:lang w:val="ru-RU"/>
        </w:rPr>
        <w:t xml:space="preserve">методичну раду; </w:t>
      </w:r>
    </w:p>
    <w:p w:rsidR="00F90311" w:rsidRPr="004B1497" w:rsidRDefault="004B1497" w:rsidP="004B1497">
      <w:pPr>
        <w:pStyle w:val="ae"/>
        <w:numPr>
          <w:ilvl w:val="0"/>
          <w:numId w:val="18"/>
        </w:numPr>
        <w:tabs>
          <w:tab w:val="left" w:pos="284"/>
        </w:tabs>
        <w:spacing w:after="0"/>
        <w:ind w:left="0" w:firstLine="0"/>
        <w:rPr>
          <w:rFonts w:cs="Times New Roman"/>
          <w:szCs w:val="28"/>
          <w:lang w:val="ru-RU"/>
        </w:rPr>
      </w:pPr>
      <w:r w:rsidRPr="004B1497">
        <w:rPr>
          <w:rFonts w:cs="Times New Roman"/>
          <w:szCs w:val="28"/>
          <w:lang w:val="ru-RU"/>
        </w:rPr>
        <w:t>методичні</w:t>
      </w:r>
      <w:r w:rsidR="00C33424">
        <w:rPr>
          <w:rFonts w:cs="Times New Roman"/>
          <w:szCs w:val="28"/>
          <w:lang w:val="ru-RU"/>
        </w:rPr>
        <w:t xml:space="preserve"> </w:t>
      </w:r>
      <w:r w:rsidRPr="004B1497">
        <w:rPr>
          <w:rFonts w:cs="Times New Roman"/>
          <w:szCs w:val="28"/>
          <w:lang w:val="ru-RU"/>
        </w:rPr>
        <w:t>об’єднання та професійні</w:t>
      </w:r>
      <w:r w:rsidR="00C33424">
        <w:rPr>
          <w:rFonts w:cs="Times New Roman"/>
          <w:szCs w:val="28"/>
          <w:lang w:val="ru-RU"/>
        </w:rPr>
        <w:t xml:space="preserve"> </w:t>
      </w:r>
      <w:r w:rsidRPr="004B1497">
        <w:rPr>
          <w:rFonts w:cs="Times New Roman"/>
          <w:szCs w:val="28"/>
          <w:lang w:val="ru-RU"/>
        </w:rPr>
        <w:t xml:space="preserve">спільноти; </w:t>
      </w:r>
    </w:p>
    <w:p w:rsidR="00F90311" w:rsidRPr="004B1497" w:rsidRDefault="004B1497" w:rsidP="004B1497">
      <w:pPr>
        <w:pStyle w:val="ae"/>
        <w:numPr>
          <w:ilvl w:val="0"/>
          <w:numId w:val="18"/>
        </w:numPr>
        <w:tabs>
          <w:tab w:val="left" w:pos="284"/>
        </w:tabs>
        <w:spacing w:after="0"/>
        <w:ind w:left="0" w:firstLine="0"/>
        <w:rPr>
          <w:rFonts w:cs="Times New Roman"/>
          <w:szCs w:val="28"/>
          <w:lang w:val="ru-RU"/>
        </w:rPr>
      </w:pPr>
      <w:r w:rsidRPr="004B1497">
        <w:rPr>
          <w:rFonts w:cs="Times New Roman"/>
          <w:szCs w:val="28"/>
          <w:lang w:val="ru-RU"/>
        </w:rPr>
        <w:t>творчі й динамічні</w:t>
      </w:r>
      <w:r w:rsidR="00C33424">
        <w:rPr>
          <w:rFonts w:cs="Times New Roman"/>
          <w:szCs w:val="28"/>
          <w:lang w:val="ru-RU"/>
        </w:rPr>
        <w:t xml:space="preserve"> </w:t>
      </w:r>
      <w:r w:rsidRPr="004B1497">
        <w:rPr>
          <w:rFonts w:cs="Times New Roman"/>
          <w:szCs w:val="28"/>
          <w:lang w:val="ru-RU"/>
        </w:rPr>
        <w:t xml:space="preserve">групи; </w:t>
      </w:r>
    </w:p>
    <w:p w:rsidR="00F90311" w:rsidRPr="004B1497" w:rsidRDefault="004B1497" w:rsidP="004B1497">
      <w:pPr>
        <w:pStyle w:val="ae"/>
        <w:numPr>
          <w:ilvl w:val="0"/>
          <w:numId w:val="18"/>
        </w:numPr>
        <w:tabs>
          <w:tab w:val="left" w:pos="284"/>
        </w:tabs>
        <w:spacing w:after="0"/>
        <w:ind w:left="0" w:firstLine="0"/>
        <w:rPr>
          <w:rFonts w:cs="Times New Roman"/>
          <w:szCs w:val="28"/>
          <w:lang w:val="ru-RU"/>
        </w:rPr>
      </w:pPr>
      <w:r w:rsidRPr="004B1497">
        <w:rPr>
          <w:rFonts w:cs="Times New Roman"/>
          <w:szCs w:val="28"/>
          <w:lang w:val="ru-RU"/>
        </w:rPr>
        <w:t>психолого-педагогічний</w:t>
      </w:r>
      <w:r w:rsidR="00C33424">
        <w:rPr>
          <w:rFonts w:cs="Times New Roman"/>
          <w:szCs w:val="28"/>
          <w:lang w:val="ru-RU"/>
        </w:rPr>
        <w:t xml:space="preserve"> </w:t>
      </w:r>
      <w:r w:rsidRPr="004B1497">
        <w:rPr>
          <w:rFonts w:cs="Times New Roman"/>
          <w:szCs w:val="28"/>
          <w:lang w:val="ru-RU"/>
        </w:rPr>
        <w:t xml:space="preserve">семінар; </w:t>
      </w:r>
    </w:p>
    <w:p w:rsidR="00F90311" w:rsidRPr="004B1497" w:rsidRDefault="004B1497" w:rsidP="004B1497">
      <w:pPr>
        <w:pStyle w:val="ae"/>
        <w:numPr>
          <w:ilvl w:val="0"/>
          <w:numId w:val="18"/>
        </w:numPr>
        <w:tabs>
          <w:tab w:val="left" w:pos="284"/>
        </w:tabs>
        <w:spacing w:after="0"/>
        <w:ind w:left="0" w:firstLine="0"/>
        <w:rPr>
          <w:rFonts w:cs="Times New Roman"/>
          <w:szCs w:val="28"/>
          <w:lang w:val="ru-RU"/>
        </w:rPr>
      </w:pPr>
      <w:r w:rsidRPr="004B1497">
        <w:rPr>
          <w:rFonts w:cs="Times New Roman"/>
          <w:szCs w:val="28"/>
          <w:lang w:val="ru-RU"/>
        </w:rPr>
        <w:t xml:space="preserve">семінари-практикуми; </w:t>
      </w:r>
    </w:p>
    <w:p w:rsidR="00F90311" w:rsidRPr="004B1497" w:rsidRDefault="004B1497" w:rsidP="004B1497">
      <w:pPr>
        <w:pStyle w:val="ae"/>
        <w:numPr>
          <w:ilvl w:val="0"/>
          <w:numId w:val="18"/>
        </w:numPr>
        <w:tabs>
          <w:tab w:val="left" w:pos="284"/>
        </w:tabs>
        <w:spacing w:after="0"/>
        <w:ind w:left="0" w:firstLine="0"/>
        <w:rPr>
          <w:rFonts w:cs="Times New Roman"/>
          <w:szCs w:val="28"/>
          <w:lang w:val="ru-RU"/>
        </w:rPr>
      </w:pPr>
      <w:r w:rsidRPr="004B1497">
        <w:rPr>
          <w:rFonts w:cs="Times New Roman"/>
          <w:szCs w:val="28"/>
          <w:lang w:val="ru-RU"/>
        </w:rPr>
        <w:t>наставництво; групові та індивідуальні</w:t>
      </w:r>
      <w:r w:rsidR="00C33424">
        <w:rPr>
          <w:rFonts w:cs="Times New Roman"/>
          <w:szCs w:val="28"/>
          <w:lang w:val="ru-RU"/>
        </w:rPr>
        <w:t xml:space="preserve"> </w:t>
      </w:r>
      <w:r w:rsidRPr="004B1497">
        <w:rPr>
          <w:rFonts w:cs="Times New Roman"/>
          <w:szCs w:val="28"/>
          <w:lang w:val="ru-RU"/>
        </w:rPr>
        <w:t xml:space="preserve">консультації; </w:t>
      </w:r>
    </w:p>
    <w:p w:rsidR="00F90311" w:rsidRPr="004B1497" w:rsidRDefault="004B1497" w:rsidP="004B1497">
      <w:pPr>
        <w:pStyle w:val="ae"/>
        <w:numPr>
          <w:ilvl w:val="0"/>
          <w:numId w:val="18"/>
        </w:numPr>
        <w:tabs>
          <w:tab w:val="left" w:pos="284"/>
        </w:tabs>
        <w:spacing w:after="0"/>
        <w:ind w:left="0" w:firstLine="0"/>
        <w:rPr>
          <w:rFonts w:cs="Times New Roman"/>
          <w:szCs w:val="28"/>
          <w:lang w:val="ru-RU"/>
        </w:rPr>
      </w:pPr>
      <w:r w:rsidRPr="004B1497">
        <w:rPr>
          <w:rFonts w:cs="Times New Roman"/>
          <w:szCs w:val="28"/>
          <w:lang w:val="ru-RU"/>
        </w:rPr>
        <w:t xml:space="preserve">самоосвіту; </w:t>
      </w:r>
    </w:p>
    <w:p w:rsidR="00F90311" w:rsidRPr="004B1497" w:rsidRDefault="004B1497" w:rsidP="004B1497">
      <w:pPr>
        <w:pStyle w:val="ae"/>
        <w:numPr>
          <w:ilvl w:val="0"/>
          <w:numId w:val="18"/>
        </w:numPr>
        <w:tabs>
          <w:tab w:val="left" w:pos="284"/>
        </w:tabs>
        <w:spacing w:after="0"/>
        <w:ind w:left="0" w:firstLine="0"/>
        <w:rPr>
          <w:rFonts w:cs="Times New Roman"/>
          <w:szCs w:val="28"/>
          <w:lang w:val="ru-RU"/>
        </w:rPr>
      </w:pPr>
      <w:r w:rsidRPr="004B1497">
        <w:rPr>
          <w:rFonts w:cs="Times New Roman"/>
          <w:szCs w:val="28"/>
          <w:lang w:val="ru-RU"/>
        </w:rPr>
        <w:t>взаємовідвідування</w:t>
      </w:r>
      <w:r w:rsidR="00C33424">
        <w:rPr>
          <w:rFonts w:cs="Times New Roman"/>
          <w:szCs w:val="28"/>
          <w:lang w:val="ru-RU"/>
        </w:rPr>
        <w:t xml:space="preserve"> </w:t>
      </w:r>
      <w:r w:rsidRPr="004B1497">
        <w:rPr>
          <w:rFonts w:cs="Times New Roman"/>
          <w:szCs w:val="28"/>
          <w:lang w:val="ru-RU"/>
        </w:rPr>
        <w:t>навчальних занять;</w:t>
      </w:r>
    </w:p>
    <w:p w:rsidR="00F90311" w:rsidRPr="004B1497" w:rsidRDefault="004B1497" w:rsidP="004B1497">
      <w:pPr>
        <w:pStyle w:val="ae"/>
        <w:numPr>
          <w:ilvl w:val="0"/>
          <w:numId w:val="18"/>
        </w:numPr>
        <w:tabs>
          <w:tab w:val="left" w:pos="284"/>
        </w:tabs>
        <w:spacing w:after="0"/>
        <w:ind w:left="0" w:firstLine="0"/>
        <w:rPr>
          <w:rFonts w:cs="Times New Roman"/>
          <w:szCs w:val="28"/>
          <w:lang w:val="ru-RU"/>
        </w:rPr>
      </w:pPr>
      <w:r w:rsidRPr="004B1497">
        <w:rPr>
          <w:rFonts w:cs="Times New Roman"/>
          <w:szCs w:val="28"/>
          <w:lang w:val="ru-RU"/>
        </w:rPr>
        <w:t>творчі</w:t>
      </w:r>
      <w:r w:rsidR="00C33424">
        <w:rPr>
          <w:rFonts w:cs="Times New Roman"/>
          <w:szCs w:val="28"/>
          <w:lang w:val="ru-RU"/>
        </w:rPr>
        <w:t xml:space="preserve"> </w:t>
      </w:r>
      <w:r w:rsidRPr="004B1497">
        <w:rPr>
          <w:rFonts w:cs="Times New Roman"/>
          <w:szCs w:val="28"/>
          <w:lang w:val="ru-RU"/>
        </w:rPr>
        <w:t xml:space="preserve">звіти; </w:t>
      </w:r>
    </w:p>
    <w:p w:rsidR="001308BA" w:rsidRDefault="001308BA" w:rsidP="001308BA">
      <w:pPr>
        <w:pStyle w:val="ae"/>
        <w:tabs>
          <w:tab w:val="left" w:pos="284"/>
        </w:tabs>
        <w:spacing w:after="0"/>
        <w:ind w:left="0"/>
        <w:rPr>
          <w:rFonts w:cs="Times New Roman"/>
          <w:szCs w:val="28"/>
          <w:lang w:val="ru-RU"/>
        </w:rPr>
      </w:pPr>
    </w:p>
    <w:p w:rsidR="001308BA" w:rsidRDefault="001308BA" w:rsidP="001308BA">
      <w:pPr>
        <w:pStyle w:val="ae"/>
        <w:tabs>
          <w:tab w:val="left" w:pos="284"/>
        </w:tabs>
        <w:spacing w:after="0"/>
        <w:ind w:left="0"/>
        <w:rPr>
          <w:rFonts w:cs="Times New Roman"/>
          <w:szCs w:val="28"/>
          <w:lang w:val="ru-RU"/>
        </w:rPr>
      </w:pPr>
    </w:p>
    <w:p w:rsidR="001308BA" w:rsidRDefault="001308BA" w:rsidP="001308BA">
      <w:pPr>
        <w:pStyle w:val="ae"/>
        <w:tabs>
          <w:tab w:val="left" w:pos="284"/>
        </w:tabs>
        <w:spacing w:after="0"/>
        <w:ind w:left="0"/>
        <w:rPr>
          <w:rFonts w:cs="Times New Roman"/>
          <w:szCs w:val="28"/>
          <w:lang w:val="ru-RU"/>
        </w:rPr>
      </w:pPr>
    </w:p>
    <w:p w:rsidR="00976071" w:rsidRPr="004B1497" w:rsidRDefault="004B1497" w:rsidP="001308BA">
      <w:pPr>
        <w:pStyle w:val="ae"/>
        <w:tabs>
          <w:tab w:val="left" w:pos="284"/>
        </w:tabs>
        <w:spacing w:after="0"/>
        <w:ind w:left="0"/>
        <w:rPr>
          <w:rFonts w:cs="Times New Roman"/>
          <w:szCs w:val="28"/>
          <w:lang w:val="ru-RU"/>
        </w:rPr>
      </w:pPr>
      <w:r w:rsidRPr="004B1497">
        <w:rPr>
          <w:rFonts w:cs="Times New Roman"/>
          <w:szCs w:val="28"/>
          <w:lang w:val="ru-RU"/>
        </w:rPr>
        <w:t>методичні</w:t>
      </w:r>
      <w:r w:rsidR="00C33424">
        <w:rPr>
          <w:rFonts w:cs="Times New Roman"/>
          <w:szCs w:val="28"/>
          <w:lang w:val="ru-RU"/>
        </w:rPr>
        <w:t xml:space="preserve"> </w:t>
      </w:r>
      <w:r w:rsidRPr="004B1497">
        <w:rPr>
          <w:rFonts w:cs="Times New Roman"/>
          <w:szCs w:val="28"/>
          <w:lang w:val="ru-RU"/>
        </w:rPr>
        <w:t>тижні, майстер-класи, тренінги та іншіформи</w:t>
      </w:r>
      <w:r w:rsidR="00C33424">
        <w:rPr>
          <w:rFonts w:cs="Times New Roman"/>
          <w:szCs w:val="28"/>
          <w:lang w:val="ru-RU"/>
        </w:rPr>
        <w:t xml:space="preserve"> </w:t>
      </w:r>
      <w:r w:rsidRPr="004B1497">
        <w:rPr>
          <w:rFonts w:cs="Times New Roman"/>
          <w:szCs w:val="28"/>
          <w:lang w:val="ru-RU"/>
        </w:rPr>
        <w:t>професійної</w:t>
      </w:r>
      <w:r w:rsidR="00C33424">
        <w:rPr>
          <w:rFonts w:cs="Times New Roman"/>
          <w:szCs w:val="28"/>
          <w:lang w:val="ru-RU"/>
        </w:rPr>
        <w:t xml:space="preserve"> </w:t>
      </w:r>
      <w:r w:rsidRPr="004B1497">
        <w:rPr>
          <w:rFonts w:cs="Times New Roman"/>
          <w:szCs w:val="28"/>
          <w:lang w:val="ru-RU"/>
        </w:rPr>
        <w:t>взаємодії.</w:t>
      </w:r>
    </w:p>
    <w:p w:rsidR="00B07353" w:rsidRPr="004B1497" w:rsidRDefault="00B07353" w:rsidP="004B1497">
      <w:pPr>
        <w:pStyle w:val="ae"/>
        <w:numPr>
          <w:ilvl w:val="0"/>
          <w:numId w:val="10"/>
        </w:numPr>
        <w:tabs>
          <w:tab w:val="left" w:pos="284"/>
        </w:tabs>
        <w:spacing w:after="0"/>
        <w:ind w:left="0" w:firstLine="0"/>
        <w:jc w:val="both"/>
        <w:rPr>
          <w:rFonts w:cs="Times New Roman"/>
          <w:szCs w:val="28"/>
          <w:lang w:val="uk-UA"/>
        </w:rPr>
      </w:pPr>
      <w:r w:rsidRPr="004B1497">
        <w:rPr>
          <w:rFonts w:cs="Times New Roman"/>
          <w:b/>
          <w:szCs w:val="28"/>
          <w:lang w:val="uk-UA"/>
        </w:rPr>
        <w:t>Організувати у 2026/2027 навчальному році роботу професійних спільнот/методичних об’єднань педагогічних працівників</w:t>
      </w:r>
      <w:r w:rsidRPr="004B1497">
        <w:rPr>
          <w:rFonts w:cs="Times New Roman"/>
          <w:szCs w:val="28"/>
          <w:lang w:val="uk-UA"/>
        </w:rPr>
        <w:t xml:space="preserve"> відповідно до структури м</w:t>
      </w:r>
      <w:r w:rsidR="00F90311" w:rsidRPr="004B1497">
        <w:rPr>
          <w:rFonts w:cs="Times New Roman"/>
          <w:szCs w:val="28"/>
          <w:lang w:val="uk-UA"/>
        </w:rPr>
        <w:t>етодичної роботи закладу освіти:</w:t>
      </w:r>
    </w:p>
    <w:tbl>
      <w:tblPr>
        <w:tblStyle w:val="aff1"/>
        <w:tblW w:w="9209" w:type="dxa"/>
        <w:jc w:val="center"/>
        <w:tblLayout w:type="fixed"/>
        <w:tblLook w:val="04A0"/>
      </w:tblPr>
      <w:tblGrid>
        <w:gridCol w:w="737"/>
        <w:gridCol w:w="2519"/>
        <w:gridCol w:w="3685"/>
        <w:gridCol w:w="2268"/>
      </w:tblGrid>
      <w:tr w:rsidR="00833E14" w:rsidRPr="002502DB" w:rsidTr="00E878B1">
        <w:trPr>
          <w:tblHeader/>
          <w:jc w:val="center"/>
        </w:trPr>
        <w:tc>
          <w:tcPr>
            <w:tcW w:w="737" w:type="dxa"/>
            <w:shd w:val="clear" w:color="auto" w:fill="D9EAF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33E14" w:rsidRPr="002502DB" w:rsidRDefault="00833E14" w:rsidP="00E878B1">
            <w:pPr>
              <w:spacing w:line="276" w:lineRule="auto"/>
              <w:jc w:val="center"/>
              <w:rPr>
                <w:rFonts w:cs="Times New Roman"/>
                <w:szCs w:val="28"/>
              </w:rPr>
            </w:pPr>
            <w:r w:rsidRPr="002502DB">
              <w:rPr>
                <w:rFonts w:cs="Times New Roman"/>
                <w:b/>
                <w:szCs w:val="28"/>
              </w:rPr>
              <w:t>№ з/п</w:t>
            </w:r>
          </w:p>
        </w:tc>
        <w:tc>
          <w:tcPr>
            <w:tcW w:w="2519" w:type="dxa"/>
            <w:shd w:val="clear" w:color="auto" w:fill="D9EAF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33E14" w:rsidRPr="002502DB" w:rsidRDefault="00833E14" w:rsidP="00E878B1">
            <w:pPr>
              <w:spacing w:line="276" w:lineRule="auto"/>
              <w:jc w:val="center"/>
              <w:rPr>
                <w:rFonts w:cs="Times New Roman"/>
                <w:szCs w:val="28"/>
              </w:rPr>
            </w:pPr>
            <w:r w:rsidRPr="002502DB">
              <w:rPr>
                <w:rFonts w:cs="Times New Roman"/>
                <w:b/>
                <w:szCs w:val="28"/>
              </w:rPr>
              <w:t>ПІБ педагогічногопрацівника</w:t>
            </w:r>
          </w:p>
        </w:tc>
        <w:tc>
          <w:tcPr>
            <w:tcW w:w="3685" w:type="dxa"/>
            <w:shd w:val="clear" w:color="auto" w:fill="D9EAF7"/>
            <w:vAlign w:val="center"/>
          </w:tcPr>
          <w:p w:rsidR="00833E14" w:rsidRPr="005A08A4" w:rsidRDefault="00833E14" w:rsidP="00E878B1">
            <w:pPr>
              <w:pStyle w:val="SmallTable"/>
              <w:spacing w:line="276" w:lineRule="auto"/>
              <w:jc w:val="center"/>
              <w:rPr>
                <w:rFonts w:cs="Times New Roman"/>
                <w:color w:val="002060"/>
                <w:sz w:val="28"/>
                <w:szCs w:val="28"/>
              </w:rPr>
            </w:pPr>
            <w:r w:rsidRPr="005A08A4">
              <w:rPr>
                <w:rFonts w:cs="Times New Roman"/>
                <w:b/>
                <w:color w:val="002060"/>
                <w:sz w:val="28"/>
                <w:szCs w:val="28"/>
              </w:rPr>
              <w:t>Посада / роль</w:t>
            </w:r>
          </w:p>
        </w:tc>
        <w:tc>
          <w:tcPr>
            <w:tcW w:w="2268" w:type="dxa"/>
            <w:shd w:val="clear" w:color="auto" w:fill="D9EAF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33E14" w:rsidRPr="002502DB" w:rsidRDefault="00833E14" w:rsidP="00E878B1">
            <w:pPr>
              <w:spacing w:line="276" w:lineRule="auto"/>
              <w:jc w:val="center"/>
              <w:rPr>
                <w:rFonts w:cs="Times New Roman"/>
                <w:szCs w:val="28"/>
              </w:rPr>
            </w:pPr>
            <w:r w:rsidRPr="002502DB">
              <w:rPr>
                <w:rFonts w:cs="Times New Roman"/>
                <w:b/>
                <w:szCs w:val="28"/>
              </w:rPr>
              <w:t>Роль у методичній</w:t>
            </w:r>
            <w:r w:rsidR="00C33424">
              <w:rPr>
                <w:rFonts w:cs="Times New Roman"/>
                <w:b/>
                <w:szCs w:val="28"/>
                <w:lang w:val="uk-UA"/>
              </w:rPr>
              <w:t xml:space="preserve"> </w:t>
            </w:r>
            <w:r w:rsidRPr="002502DB">
              <w:rPr>
                <w:rFonts w:cs="Times New Roman"/>
                <w:b/>
                <w:szCs w:val="28"/>
              </w:rPr>
              <w:t>раді</w:t>
            </w:r>
          </w:p>
        </w:tc>
      </w:tr>
      <w:tr w:rsidR="00833E14" w:rsidRPr="002502DB" w:rsidTr="00E878B1">
        <w:trPr>
          <w:cantSplit/>
          <w:jc w:val="center"/>
        </w:trPr>
        <w:tc>
          <w:tcPr>
            <w:tcW w:w="73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33E14" w:rsidRPr="002502DB" w:rsidRDefault="00833E14" w:rsidP="00E878B1">
            <w:pPr>
              <w:spacing w:line="276" w:lineRule="auto"/>
              <w:jc w:val="center"/>
              <w:rPr>
                <w:rFonts w:cs="Times New Roman"/>
                <w:szCs w:val="28"/>
              </w:rPr>
            </w:pPr>
            <w:r w:rsidRPr="002502DB">
              <w:rPr>
                <w:rFonts w:cs="Times New Roman"/>
                <w:szCs w:val="28"/>
              </w:rPr>
              <w:t>1</w:t>
            </w:r>
          </w:p>
        </w:tc>
        <w:tc>
          <w:tcPr>
            <w:tcW w:w="251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33E14" w:rsidRPr="001E58D3" w:rsidRDefault="00833E14" w:rsidP="00E878B1">
            <w:pPr>
              <w:spacing w:line="276" w:lineRule="auto"/>
              <w:rPr>
                <w:rFonts w:cs="Times New Roman"/>
                <w:szCs w:val="28"/>
                <w:lang w:val="uk-UA"/>
              </w:rPr>
            </w:pPr>
            <w:r>
              <w:rPr>
                <w:rFonts w:cs="Times New Roman"/>
                <w:szCs w:val="28"/>
                <w:lang w:val="uk-UA"/>
              </w:rPr>
              <w:t>Іванчак Руслана Іванівна</w:t>
            </w:r>
          </w:p>
        </w:tc>
        <w:tc>
          <w:tcPr>
            <w:tcW w:w="3685" w:type="dxa"/>
          </w:tcPr>
          <w:p w:rsidR="00833E14" w:rsidRPr="005A08A4" w:rsidRDefault="00833E14" w:rsidP="00E878B1">
            <w:pPr>
              <w:pStyle w:val="SmallTable"/>
              <w:spacing w:line="276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5A08A4">
              <w:rPr>
                <w:rFonts w:cs="Times New Roman"/>
                <w:sz w:val="28"/>
                <w:szCs w:val="28"/>
                <w:lang w:val="ru-RU"/>
              </w:rPr>
              <w:t xml:space="preserve">Голова методичної ради — </w:t>
            </w:r>
            <w:r>
              <w:rPr>
                <w:rFonts w:cs="Times New Roman"/>
                <w:sz w:val="28"/>
                <w:szCs w:val="28"/>
                <w:lang w:val="ru-RU"/>
              </w:rPr>
              <w:t>директор гімназії</w:t>
            </w:r>
          </w:p>
        </w:tc>
        <w:tc>
          <w:tcPr>
            <w:tcW w:w="226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33E14" w:rsidRPr="002502DB" w:rsidRDefault="00833E14" w:rsidP="00E878B1">
            <w:pPr>
              <w:spacing w:line="276" w:lineRule="auto"/>
              <w:jc w:val="center"/>
              <w:rPr>
                <w:rFonts w:cs="Times New Roman"/>
                <w:szCs w:val="28"/>
              </w:rPr>
            </w:pPr>
            <w:r w:rsidRPr="002502DB">
              <w:rPr>
                <w:rFonts w:cs="Times New Roman"/>
                <w:szCs w:val="28"/>
              </w:rPr>
              <w:t>Голова</w:t>
            </w:r>
            <w:r w:rsidR="00C33424">
              <w:rPr>
                <w:rFonts w:cs="Times New Roman"/>
                <w:szCs w:val="28"/>
                <w:lang w:val="uk-UA"/>
              </w:rPr>
              <w:t xml:space="preserve"> </w:t>
            </w:r>
            <w:r w:rsidRPr="002502DB">
              <w:rPr>
                <w:rFonts w:cs="Times New Roman"/>
                <w:szCs w:val="28"/>
              </w:rPr>
              <w:t>методичної</w:t>
            </w:r>
            <w:r w:rsidR="00C33424">
              <w:rPr>
                <w:rFonts w:cs="Times New Roman"/>
                <w:szCs w:val="28"/>
                <w:lang w:val="uk-UA"/>
              </w:rPr>
              <w:t xml:space="preserve"> </w:t>
            </w:r>
            <w:r w:rsidRPr="002502DB">
              <w:rPr>
                <w:rFonts w:cs="Times New Roman"/>
                <w:szCs w:val="28"/>
              </w:rPr>
              <w:t>ради</w:t>
            </w:r>
          </w:p>
        </w:tc>
      </w:tr>
      <w:tr w:rsidR="00833E14" w:rsidRPr="002502DB" w:rsidTr="00E878B1">
        <w:trPr>
          <w:cantSplit/>
          <w:jc w:val="center"/>
        </w:trPr>
        <w:tc>
          <w:tcPr>
            <w:tcW w:w="73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33E14" w:rsidRPr="002502DB" w:rsidRDefault="00833E14" w:rsidP="00E878B1">
            <w:pPr>
              <w:spacing w:line="276" w:lineRule="auto"/>
              <w:jc w:val="center"/>
              <w:rPr>
                <w:rFonts w:cs="Times New Roman"/>
                <w:szCs w:val="28"/>
              </w:rPr>
            </w:pPr>
            <w:r w:rsidRPr="002502DB">
              <w:rPr>
                <w:rFonts w:cs="Times New Roman"/>
                <w:szCs w:val="28"/>
              </w:rPr>
              <w:t>2</w:t>
            </w:r>
          </w:p>
        </w:tc>
        <w:tc>
          <w:tcPr>
            <w:tcW w:w="251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33E14" w:rsidRPr="001E58D3" w:rsidRDefault="00833E14" w:rsidP="00E878B1">
            <w:pPr>
              <w:spacing w:line="276" w:lineRule="auto"/>
              <w:rPr>
                <w:rFonts w:cs="Times New Roman"/>
                <w:szCs w:val="28"/>
                <w:lang w:val="uk-UA"/>
              </w:rPr>
            </w:pPr>
            <w:r>
              <w:rPr>
                <w:rFonts w:cs="Times New Roman"/>
                <w:szCs w:val="28"/>
                <w:lang w:val="uk-UA"/>
              </w:rPr>
              <w:t>Бабій Ольга Володимирівна</w:t>
            </w:r>
          </w:p>
        </w:tc>
        <w:tc>
          <w:tcPr>
            <w:tcW w:w="3685" w:type="dxa"/>
          </w:tcPr>
          <w:p w:rsidR="00833E14" w:rsidRPr="005A08A4" w:rsidRDefault="00833E14" w:rsidP="00E878B1">
            <w:pPr>
              <w:pStyle w:val="SmallTable"/>
              <w:spacing w:line="276" w:lineRule="auto"/>
              <w:rPr>
                <w:rFonts w:cs="Times New Roman"/>
                <w:sz w:val="28"/>
                <w:szCs w:val="28"/>
              </w:rPr>
            </w:pPr>
            <w:r w:rsidRPr="005A08A4">
              <w:rPr>
                <w:rFonts w:cs="Times New Roman"/>
                <w:sz w:val="28"/>
                <w:szCs w:val="28"/>
              </w:rPr>
              <w:t>Секретар</w:t>
            </w:r>
            <w:r w:rsidR="00C33424">
              <w:rPr>
                <w:rFonts w:cs="Times New Roman"/>
                <w:sz w:val="28"/>
                <w:szCs w:val="28"/>
                <w:lang w:val="uk-UA"/>
              </w:rPr>
              <w:t xml:space="preserve"> </w:t>
            </w:r>
            <w:r w:rsidRPr="005A08A4">
              <w:rPr>
                <w:rFonts w:cs="Times New Roman"/>
                <w:sz w:val="28"/>
                <w:szCs w:val="28"/>
              </w:rPr>
              <w:t>методичної</w:t>
            </w:r>
            <w:r w:rsidR="00C33424">
              <w:rPr>
                <w:rFonts w:cs="Times New Roman"/>
                <w:sz w:val="28"/>
                <w:szCs w:val="28"/>
                <w:lang w:val="uk-UA"/>
              </w:rPr>
              <w:t xml:space="preserve"> </w:t>
            </w:r>
            <w:r w:rsidRPr="005A08A4">
              <w:rPr>
                <w:rFonts w:cs="Times New Roman"/>
                <w:sz w:val="28"/>
                <w:szCs w:val="28"/>
              </w:rPr>
              <w:t>ради</w:t>
            </w:r>
          </w:p>
        </w:tc>
        <w:tc>
          <w:tcPr>
            <w:tcW w:w="226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33E14" w:rsidRPr="002502DB" w:rsidRDefault="00833E14" w:rsidP="00E878B1">
            <w:pPr>
              <w:spacing w:line="276" w:lineRule="auto"/>
              <w:jc w:val="center"/>
              <w:rPr>
                <w:rFonts w:cs="Times New Roman"/>
                <w:szCs w:val="28"/>
              </w:rPr>
            </w:pPr>
            <w:r w:rsidRPr="002502DB">
              <w:rPr>
                <w:rFonts w:cs="Times New Roman"/>
                <w:szCs w:val="28"/>
              </w:rPr>
              <w:t>Заступник</w:t>
            </w:r>
            <w:r w:rsidR="00C33424">
              <w:rPr>
                <w:rFonts w:cs="Times New Roman"/>
                <w:szCs w:val="28"/>
                <w:lang w:val="uk-UA"/>
              </w:rPr>
              <w:t xml:space="preserve"> </w:t>
            </w:r>
            <w:r w:rsidRPr="002502DB">
              <w:rPr>
                <w:rFonts w:cs="Times New Roman"/>
                <w:szCs w:val="28"/>
              </w:rPr>
              <w:t>голови</w:t>
            </w:r>
          </w:p>
        </w:tc>
      </w:tr>
      <w:tr w:rsidR="00833E14" w:rsidRPr="002502DB" w:rsidTr="00E878B1">
        <w:trPr>
          <w:cantSplit/>
          <w:jc w:val="center"/>
        </w:trPr>
        <w:tc>
          <w:tcPr>
            <w:tcW w:w="73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33E14" w:rsidRPr="002502DB" w:rsidRDefault="00833E14" w:rsidP="00E878B1">
            <w:pPr>
              <w:spacing w:line="276" w:lineRule="auto"/>
              <w:jc w:val="center"/>
              <w:rPr>
                <w:rFonts w:cs="Times New Roman"/>
                <w:szCs w:val="28"/>
              </w:rPr>
            </w:pPr>
            <w:r w:rsidRPr="002502DB">
              <w:rPr>
                <w:rFonts w:cs="Times New Roman"/>
                <w:szCs w:val="28"/>
              </w:rPr>
              <w:t>3</w:t>
            </w:r>
          </w:p>
        </w:tc>
        <w:tc>
          <w:tcPr>
            <w:tcW w:w="251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33E14" w:rsidRPr="001E58D3" w:rsidRDefault="00833E14" w:rsidP="00E878B1">
            <w:pPr>
              <w:spacing w:line="276" w:lineRule="auto"/>
              <w:rPr>
                <w:rFonts w:cs="Times New Roman"/>
                <w:szCs w:val="28"/>
                <w:lang w:val="uk-UA"/>
              </w:rPr>
            </w:pPr>
            <w:r>
              <w:rPr>
                <w:rFonts w:cs="Times New Roman"/>
                <w:szCs w:val="28"/>
                <w:lang w:val="uk-UA"/>
              </w:rPr>
              <w:t>Терлич Леся Йосипівна</w:t>
            </w:r>
          </w:p>
        </w:tc>
        <w:tc>
          <w:tcPr>
            <w:tcW w:w="3685" w:type="dxa"/>
          </w:tcPr>
          <w:p w:rsidR="00833E14" w:rsidRPr="005A08A4" w:rsidRDefault="00833E14" w:rsidP="00E878B1">
            <w:pPr>
              <w:pStyle w:val="SmallTable"/>
              <w:spacing w:line="276" w:lineRule="auto"/>
              <w:rPr>
                <w:rFonts w:cs="Times New Roman"/>
                <w:sz w:val="28"/>
                <w:szCs w:val="28"/>
                <w:lang w:val="ru-RU"/>
              </w:rPr>
            </w:pPr>
            <w:r w:rsidRPr="005A08A4">
              <w:rPr>
                <w:rFonts w:cs="Times New Roman"/>
                <w:sz w:val="28"/>
                <w:szCs w:val="28"/>
                <w:lang w:val="ru-RU"/>
              </w:rPr>
              <w:t>Керівник МО вчителів</w:t>
            </w:r>
            <w:r w:rsidR="00C33424"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r w:rsidRPr="005A08A4">
              <w:rPr>
                <w:rFonts w:cs="Times New Roman"/>
                <w:sz w:val="28"/>
                <w:szCs w:val="28"/>
                <w:lang w:val="ru-RU"/>
              </w:rPr>
              <w:t>початкових</w:t>
            </w:r>
            <w:r w:rsidR="00C33424"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r w:rsidRPr="005A08A4">
              <w:rPr>
                <w:rFonts w:cs="Times New Roman"/>
                <w:sz w:val="28"/>
                <w:szCs w:val="28"/>
                <w:lang w:val="ru-RU"/>
              </w:rPr>
              <w:t>класів</w:t>
            </w:r>
          </w:p>
        </w:tc>
        <w:tc>
          <w:tcPr>
            <w:tcW w:w="226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33E14" w:rsidRPr="00C33424" w:rsidRDefault="00C33424" w:rsidP="00E878B1">
            <w:pPr>
              <w:spacing w:line="276" w:lineRule="auto"/>
              <w:jc w:val="center"/>
              <w:rPr>
                <w:rFonts w:cs="Times New Roman"/>
                <w:szCs w:val="28"/>
                <w:lang w:val="uk-UA"/>
              </w:rPr>
            </w:pPr>
            <w:r w:rsidRPr="002502DB">
              <w:rPr>
                <w:rFonts w:cs="Times New Roman"/>
                <w:szCs w:val="28"/>
              </w:rPr>
              <w:t>Член</w:t>
            </w:r>
            <w:r>
              <w:rPr>
                <w:rFonts w:cs="Times New Roman"/>
                <w:szCs w:val="28"/>
                <w:lang w:val="uk-UA"/>
              </w:rPr>
              <w:t xml:space="preserve"> </w:t>
            </w:r>
            <w:r w:rsidRPr="002502DB">
              <w:rPr>
                <w:rFonts w:cs="Times New Roman"/>
                <w:szCs w:val="28"/>
              </w:rPr>
              <w:t>методичної</w:t>
            </w:r>
            <w:r>
              <w:rPr>
                <w:rFonts w:cs="Times New Roman"/>
                <w:szCs w:val="28"/>
                <w:lang w:val="uk-UA"/>
              </w:rPr>
              <w:t xml:space="preserve"> </w:t>
            </w:r>
            <w:r w:rsidRPr="002502DB">
              <w:rPr>
                <w:rFonts w:cs="Times New Roman"/>
                <w:szCs w:val="28"/>
              </w:rPr>
              <w:t>ради</w:t>
            </w:r>
          </w:p>
        </w:tc>
      </w:tr>
      <w:tr w:rsidR="00833E14" w:rsidRPr="002502DB" w:rsidTr="00E878B1">
        <w:trPr>
          <w:cantSplit/>
          <w:jc w:val="center"/>
        </w:trPr>
        <w:tc>
          <w:tcPr>
            <w:tcW w:w="73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33E14" w:rsidRPr="002502DB" w:rsidRDefault="00833E14" w:rsidP="00E878B1">
            <w:pPr>
              <w:spacing w:line="276" w:lineRule="auto"/>
              <w:jc w:val="center"/>
              <w:rPr>
                <w:rFonts w:cs="Times New Roman"/>
                <w:szCs w:val="28"/>
              </w:rPr>
            </w:pPr>
            <w:r w:rsidRPr="002502DB">
              <w:rPr>
                <w:rFonts w:cs="Times New Roman"/>
                <w:szCs w:val="28"/>
              </w:rPr>
              <w:t>4</w:t>
            </w:r>
          </w:p>
        </w:tc>
        <w:tc>
          <w:tcPr>
            <w:tcW w:w="251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33E14" w:rsidRPr="00CD6BE0" w:rsidRDefault="00833E14" w:rsidP="00E878B1">
            <w:pPr>
              <w:spacing w:line="276" w:lineRule="auto"/>
              <w:rPr>
                <w:rFonts w:cs="Times New Roman"/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Салаткевич Г.С.</w:t>
            </w:r>
          </w:p>
        </w:tc>
        <w:tc>
          <w:tcPr>
            <w:tcW w:w="3685" w:type="dxa"/>
          </w:tcPr>
          <w:p w:rsidR="00833E14" w:rsidRPr="005A08A4" w:rsidRDefault="00833E14" w:rsidP="00E878B1">
            <w:pPr>
              <w:pStyle w:val="SmallTable"/>
              <w:spacing w:line="276" w:lineRule="auto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uk-UA"/>
              </w:rPr>
              <w:t>Керівник МО суспільно – гуманітарного циклу</w:t>
            </w:r>
          </w:p>
        </w:tc>
        <w:tc>
          <w:tcPr>
            <w:tcW w:w="226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33E14" w:rsidRPr="002502DB" w:rsidRDefault="00833E14" w:rsidP="00E878B1">
            <w:pPr>
              <w:spacing w:line="276" w:lineRule="auto"/>
              <w:jc w:val="center"/>
              <w:rPr>
                <w:rFonts w:cs="Times New Roman"/>
                <w:szCs w:val="28"/>
              </w:rPr>
            </w:pPr>
            <w:r w:rsidRPr="002502DB">
              <w:rPr>
                <w:rFonts w:cs="Times New Roman"/>
                <w:szCs w:val="28"/>
              </w:rPr>
              <w:t>Член</w:t>
            </w:r>
            <w:r w:rsidR="00C33424">
              <w:rPr>
                <w:rFonts w:cs="Times New Roman"/>
                <w:szCs w:val="28"/>
                <w:lang w:val="uk-UA"/>
              </w:rPr>
              <w:t xml:space="preserve"> </w:t>
            </w:r>
            <w:r w:rsidRPr="002502DB">
              <w:rPr>
                <w:rFonts w:cs="Times New Roman"/>
                <w:szCs w:val="28"/>
              </w:rPr>
              <w:t>методичної</w:t>
            </w:r>
            <w:r w:rsidR="00C33424">
              <w:rPr>
                <w:rFonts w:cs="Times New Roman"/>
                <w:szCs w:val="28"/>
                <w:lang w:val="uk-UA"/>
              </w:rPr>
              <w:t xml:space="preserve"> </w:t>
            </w:r>
            <w:r w:rsidRPr="002502DB">
              <w:rPr>
                <w:rFonts w:cs="Times New Roman"/>
                <w:szCs w:val="28"/>
              </w:rPr>
              <w:t>ради</w:t>
            </w:r>
          </w:p>
        </w:tc>
      </w:tr>
      <w:tr w:rsidR="00833E14" w:rsidRPr="002502DB" w:rsidTr="00E878B1">
        <w:trPr>
          <w:cantSplit/>
          <w:jc w:val="center"/>
        </w:trPr>
        <w:tc>
          <w:tcPr>
            <w:tcW w:w="73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33E14" w:rsidRPr="002502DB" w:rsidRDefault="00833E14" w:rsidP="00E878B1">
            <w:pPr>
              <w:spacing w:line="276" w:lineRule="auto"/>
              <w:jc w:val="center"/>
              <w:rPr>
                <w:rFonts w:cs="Times New Roman"/>
                <w:szCs w:val="28"/>
              </w:rPr>
            </w:pPr>
            <w:r w:rsidRPr="002502DB">
              <w:rPr>
                <w:rFonts w:cs="Times New Roman"/>
                <w:szCs w:val="28"/>
              </w:rPr>
              <w:t>5</w:t>
            </w:r>
          </w:p>
        </w:tc>
        <w:tc>
          <w:tcPr>
            <w:tcW w:w="251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33E14" w:rsidRPr="00CD6BE0" w:rsidRDefault="00833E14" w:rsidP="00E878B1">
            <w:pPr>
              <w:spacing w:line="276" w:lineRule="auto"/>
              <w:rPr>
                <w:rFonts w:cs="Times New Roman"/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Витичак І.І.</w:t>
            </w:r>
          </w:p>
        </w:tc>
        <w:tc>
          <w:tcPr>
            <w:tcW w:w="3685" w:type="dxa"/>
          </w:tcPr>
          <w:p w:rsidR="00833E14" w:rsidRPr="005A08A4" w:rsidRDefault="00833E14" w:rsidP="00E878B1">
            <w:pPr>
              <w:pStyle w:val="SmallTable"/>
              <w:spacing w:line="276" w:lineRule="auto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uk-UA"/>
              </w:rPr>
              <w:t>К</w:t>
            </w:r>
            <w:r w:rsidRPr="002B3353">
              <w:rPr>
                <w:sz w:val="28"/>
                <w:szCs w:val="28"/>
              </w:rPr>
              <w:t>ерівник МО</w:t>
            </w:r>
            <w:r>
              <w:rPr>
                <w:sz w:val="28"/>
                <w:szCs w:val="28"/>
                <w:lang w:val="uk-UA"/>
              </w:rPr>
              <w:t xml:space="preserve"> математичного циклу</w:t>
            </w:r>
          </w:p>
        </w:tc>
        <w:tc>
          <w:tcPr>
            <w:tcW w:w="226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33E14" w:rsidRPr="002502DB" w:rsidRDefault="00833E14" w:rsidP="00E878B1">
            <w:pPr>
              <w:spacing w:line="276" w:lineRule="auto"/>
              <w:jc w:val="center"/>
              <w:rPr>
                <w:rFonts w:cs="Times New Roman"/>
                <w:szCs w:val="28"/>
              </w:rPr>
            </w:pPr>
            <w:r w:rsidRPr="002502DB">
              <w:rPr>
                <w:rFonts w:cs="Times New Roman"/>
                <w:szCs w:val="28"/>
              </w:rPr>
              <w:t>Член</w:t>
            </w:r>
            <w:r w:rsidR="00C33424">
              <w:rPr>
                <w:rFonts w:cs="Times New Roman"/>
                <w:szCs w:val="28"/>
                <w:lang w:val="uk-UA"/>
              </w:rPr>
              <w:t xml:space="preserve"> </w:t>
            </w:r>
            <w:r w:rsidRPr="002502DB">
              <w:rPr>
                <w:rFonts w:cs="Times New Roman"/>
                <w:szCs w:val="28"/>
              </w:rPr>
              <w:t>методичної</w:t>
            </w:r>
            <w:r w:rsidR="00C33424">
              <w:rPr>
                <w:rFonts w:cs="Times New Roman"/>
                <w:szCs w:val="28"/>
                <w:lang w:val="uk-UA"/>
              </w:rPr>
              <w:t xml:space="preserve"> </w:t>
            </w:r>
            <w:r w:rsidRPr="002502DB">
              <w:rPr>
                <w:rFonts w:cs="Times New Roman"/>
                <w:szCs w:val="28"/>
              </w:rPr>
              <w:t>ради</w:t>
            </w:r>
          </w:p>
        </w:tc>
      </w:tr>
      <w:tr w:rsidR="00833E14" w:rsidRPr="002502DB" w:rsidTr="00E878B1">
        <w:trPr>
          <w:cantSplit/>
          <w:jc w:val="center"/>
        </w:trPr>
        <w:tc>
          <w:tcPr>
            <w:tcW w:w="73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33E14" w:rsidRPr="002502DB" w:rsidRDefault="00833E14" w:rsidP="00E878B1">
            <w:pPr>
              <w:spacing w:line="276" w:lineRule="auto"/>
              <w:jc w:val="center"/>
              <w:rPr>
                <w:rFonts w:cs="Times New Roman"/>
                <w:szCs w:val="28"/>
              </w:rPr>
            </w:pPr>
            <w:r w:rsidRPr="002502DB">
              <w:rPr>
                <w:rFonts w:cs="Times New Roman"/>
                <w:szCs w:val="28"/>
              </w:rPr>
              <w:t>6</w:t>
            </w:r>
          </w:p>
        </w:tc>
        <w:tc>
          <w:tcPr>
            <w:tcW w:w="251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33E14" w:rsidRPr="00CD6BE0" w:rsidRDefault="00833E14" w:rsidP="00E878B1">
            <w:pPr>
              <w:spacing w:line="276" w:lineRule="auto"/>
              <w:rPr>
                <w:rFonts w:cs="Times New Roman"/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Бахурська Т.М.</w:t>
            </w:r>
          </w:p>
        </w:tc>
        <w:tc>
          <w:tcPr>
            <w:tcW w:w="3685" w:type="dxa"/>
          </w:tcPr>
          <w:p w:rsidR="00833E14" w:rsidRPr="00CD6BE0" w:rsidRDefault="00833E14" w:rsidP="00E878B1">
            <w:pPr>
              <w:pStyle w:val="SmallTable"/>
              <w:spacing w:line="276" w:lineRule="auto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Керівник МО класних керівників</w:t>
            </w:r>
          </w:p>
        </w:tc>
        <w:tc>
          <w:tcPr>
            <w:tcW w:w="226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33E14" w:rsidRPr="002502DB" w:rsidRDefault="00833E14" w:rsidP="00E878B1">
            <w:pPr>
              <w:spacing w:line="276" w:lineRule="auto"/>
              <w:jc w:val="center"/>
              <w:rPr>
                <w:rFonts w:cs="Times New Roman"/>
                <w:szCs w:val="28"/>
              </w:rPr>
            </w:pPr>
            <w:r w:rsidRPr="002502DB">
              <w:rPr>
                <w:rFonts w:cs="Times New Roman"/>
                <w:szCs w:val="28"/>
              </w:rPr>
              <w:t>Член</w:t>
            </w:r>
            <w:r w:rsidR="00C33424">
              <w:rPr>
                <w:rFonts w:cs="Times New Roman"/>
                <w:szCs w:val="28"/>
                <w:lang w:val="uk-UA"/>
              </w:rPr>
              <w:t xml:space="preserve"> </w:t>
            </w:r>
            <w:r w:rsidRPr="002502DB">
              <w:rPr>
                <w:rFonts w:cs="Times New Roman"/>
                <w:szCs w:val="28"/>
              </w:rPr>
              <w:t>методичної</w:t>
            </w:r>
            <w:r w:rsidR="00C33424">
              <w:rPr>
                <w:rFonts w:cs="Times New Roman"/>
                <w:szCs w:val="28"/>
                <w:lang w:val="uk-UA"/>
              </w:rPr>
              <w:t xml:space="preserve"> </w:t>
            </w:r>
            <w:r w:rsidRPr="002502DB">
              <w:rPr>
                <w:rFonts w:cs="Times New Roman"/>
                <w:szCs w:val="28"/>
              </w:rPr>
              <w:t>ради</w:t>
            </w:r>
          </w:p>
        </w:tc>
      </w:tr>
      <w:tr w:rsidR="00833E14" w:rsidRPr="002502DB" w:rsidTr="00E878B1">
        <w:trPr>
          <w:cantSplit/>
          <w:jc w:val="center"/>
        </w:trPr>
        <w:tc>
          <w:tcPr>
            <w:tcW w:w="73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33E14" w:rsidRPr="002502DB" w:rsidRDefault="00833E14" w:rsidP="00E878B1">
            <w:pPr>
              <w:spacing w:line="276" w:lineRule="auto"/>
              <w:jc w:val="center"/>
              <w:rPr>
                <w:rFonts w:cs="Times New Roman"/>
                <w:szCs w:val="28"/>
              </w:rPr>
            </w:pPr>
            <w:r w:rsidRPr="002502DB">
              <w:rPr>
                <w:rFonts w:cs="Times New Roman"/>
                <w:szCs w:val="28"/>
              </w:rPr>
              <w:t>7</w:t>
            </w:r>
          </w:p>
        </w:tc>
        <w:tc>
          <w:tcPr>
            <w:tcW w:w="251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33E14" w:rsidRPr="00CD6BE0" w:rsidRDefault="00833E14" w:rsidP="00E878B1">
            <w:pPr>
              <w:spacing w:line="276" w:lineRule="auto"/>
              <w:rPr>
                <w:rFonts w:cs="Times New Roman"/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Вандич Л.В..</w:t>
            </w:r>
          </w:p>
        </w:tc>
        <w:tc>
          <w:tcPr>
            <w:tcW w:w="3685" w:type="dxa"/>
          </w:tcPr>
          <w:p w:rsidR="00833E14" w:rsidRPr="005A08A4" w:rsidRDefault="00833E14" w:rsidP="00E878B1">
            <w:pPr>
              <w:pStyle w:val="SmallTable"/>
              <w:spacing w:line="276" w:lineRule="auto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uk-UA"/>
              </w:rPr>
              <w:t>Б</w:t>
            </w:r>
            <w:r w:rsidRPr="00CD6BE0">
              <w:rPr>
                <w:sz w:val="28"/>
                <w:szCs w:val="28"/>
                <w:lang w:val="ru-RU"/>
              </w:rPr>
              <w:t>ібліотек</w:t>
            </w:r>
            <w:r>
              <w:rPr>
                <w:sz w:val="28"/>
                <w:szCs w:val="28"/>
                <w:lang w:val="uk-UA"/>
              </w:rPr>
              <w:t>ар/координатор медіа грамотності,член методичної ради</w:t>
            </w:r>
          </w:p>
        </w:tc>
        <w:tc>
          <w:tcPr>
            <w:tcW w:w="226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33E14" w:rsidRPr="002502DB" w:rsidRDefault="00833E14" w:rsidP="00E878B1">
            <w:pPr>
              <w:spacing w:line="276" w:lineRule="auto"/>
              <w:jc w:val="center"/>
              <w:rPr>
                <w:rFonts w:cs="Times New Roman"/>
                <w:szCs w:val="28"/>
              </w:rPr>
            </w:pPr>
            <w:r w:rsidRPr="002502DB">
              <w:rPr>
                <w:rFonts w:cs="Times New Roman"/>
                <w:szCs w:val="28"/>
              </w:rPr>
              <w:t>Член</w:t>
            </w:r>
            <w:r w:rsidR="00C33424">
              <w:rPr>
                <w:rFonts w:cs="Times New Roman"/>
                <w:szCs w:val="28"/>
                <w:lang w:val="uk-UA"/>
              </w:rPr>
              <w:t xml:space="preserve"> </w:t>
            </w:r>
            <w:r w:rsidRPr="002502DB">
              <w:rPr>
                <w:rFonts w:cs="Times New Roman"/>
                <w:szCs w:val="28"/>
              </w:rPr>
              <w:t>методичної</w:t>
            </w:r>
            <w:r w:rsidR="00C33424">
              <w:rPr>
                <w:rFonts w:cs="Times New Roman"/>
                <w:szCs w:val="28"/>
                <w:lang w:val="uk-UA"/>
              </w:rPr>
              <w:t xml:space="preserve"> </w:t>
            </w:r>
            <w:r w:rsidRPr="002502DB">
              <w:rPr>
                <w:rFonts w:cs="Times New Roman"/>
                <w:szCs w:val="28"/>
              </w:rPr>
              <w:t>ради</w:t>
            </w:r>
          </w:p>
        </w:tc>
      </w:tr>
      <w:tr w:rsidR="00833E14" w:rsidRPr="002502DB" w:rsidTr="00E878B1">
        <w:trPr>
          <w:cantSplit/>
          <w:jc w:val="center"/>
        </w:trPr>
        <w:tc>
          <w:tcPr>
            <w:tcW w:w="73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33E14" w:rsidRPr="002502DB" w:rsidRDefault="00833E14" w:rsidP="00E878B1">
            <w:pPr>
              <w:spacing w:line="276" w:lineRule="auto"/>
              <w:jc w:val="center"/>
              <w:rPr>
                <w:rFonts w:cs="Times New Roman"/>
                <w:szCs w:val="28"/>
              </w:rPr>
            </w:pPr>
            <w:r w:rsidRPr="002502DB">
              <w:rPr>
                <w:rFonts w:cs="Times New Roman"/>
                <w:szCs w:val="28"/>
              </w:rPr>
              <w:t>8</w:t>
            </w:r>
          </w:p>
        </w:tc>
        <w:tc>
          <w:tcPr>
            <w:tcW w:w="251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33E14" w:rsidRPr="00CD6BE0" w:rsidRDefault="00833E14" w:rsidP="00E878B1">
            <w:pPr>
              <w:spacing w:line="276" w:lineRule="auto"/>
              <w:rPr>
                <w:rFonts w:cs="Times New Roman"/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Драгош Л.А.</w:t>
            </w:r>
          </w:p>
        </w:tc>
        <w:tc>
          <w:tcPr>
            <w:tcW w:w="3685" w:type="dxa"/>
          </w:tcPr>
          <w:p w:rsidR="00833E14" w:rsidRPr="005A08A4" w:rsidRDefault="00833E14" w:rsidP="00E878B1">
            <w:pPr>
              <w:pStyle w:val="SmallTable"/>
              <w:spacing w:line="276" w:lineRule="auto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>Вчитель</w:t>
            </w:r>
            <w:r w:rsidR="00C33424"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cs="Times New Roman"/>
                <w:sz w:val="28"/>
                <w:szCs w:val="28"/>
                <w:lang w:val="ru-RU"/>
              </w:rPr>
              <w:t>зарубіжної</w:t>
            </w:r>
            <w:r w:rsidR="00C33424"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cs="Times New Roman"/>
                <w:sz w:val="28"/>
                <w:szCs w:val="28"/>
                <w:lang w:val="ru-RU"/>
              </w:rPr>
              <w:t>літератури,член</w:t>
            </w:r>
            <w:r w:rsidR="00C33424"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cs="Times New Roman"/>
                <w:sz w:val="28"/>
                <w:szCs w:val="28"/>
                <w:lang w:val="ru-RU"/>
              </w:rPr>
              <w:t>методичної ради</w:t>
            </w:r>
          </w:p>
        </w:tc>
        <w:tc>
          <w:tcPr>
            <w:tcW w:w="226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33E14" w:rsidRPr="002502DB" w:rsidRDefault="00833E14" w:rsidP="00E878B1">
            <w:pPr>
              <w:spacing w:line="276" w:lineRule="auto"/>
              <w:jc w:val="center"/>
              <w:rPr>
                <w:rFonts w:cs="Times New Roman"/>
                <w:szCs w:val="28"/>
              </w:rPr>
            </w:pPr>
            <w:r w:rsidRPr="002502DB">
              <w:rPr>
                <w:rFonts w:cs="Times New Roman"/>
                <w:szCs w:val="28"/>
              </w:rPr>
              <w:t>Член</w:t>
            </w:r>
            <w:r w:rsidR="00C33424">
              <w:rPr>
                <w:rFonts w:cs="Times New Roman"/>
                <w:szCs w:val="28"/>
                <w:lang w:val="uk-UA"/>
              </w:rPr>
              <w:t xml:space="preserve"> </w:t>
            </w:r>
            <w:r w:rsidRPr="002502DB">
              <w:rPr>
                <w:rFonts w:cs="Times New Roman"/>
                <w:szCs w:val="28"/>
              </w:rPr>
              <w:t>методичної</w:t>
            </w:r>
            <w:r w:rsidR="00C33424">
              <w:rPr>
                <w:rFonts w:cs="Times New Roman"/>
                <w:szCs w:val="28"/>
                <w:lang w:val="uk-UA"/>
              </w:rPr>
              <w:t xml:space="preserve"> </w:t>
            </w:r>
            <w:r w:rsidRPr="002502DB">
              <w:rPr>
                <w:rFonts w:cs="Times New Roman"/>
                <w:szCs w:val="28"/>
              </w:rPr>
              <w:t>ради</w:t>
            </w:r>
          </w:p>
        </w:tc>
      </w:tr>
      <w:tr w:rsidR="00833E14" w:rsidRPr="002502DB" w:rsidTr="00E878B1">
        <w:trPr>
          <w:cantSplit/>
          <w:trHeight w:val="946"/>
          <w:jc w:val="center"/>
        </w:trPr>
        <w:tc>
          <w:tcPr>
            <w:tcW w:w="73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33E14" w:rsidRPr="002502DB" w:rsidRDefault="00833E14" w:rsidP="00E878B1">
            <w:pPr>
              <w:spacing w:line="276" w:lineRule="auto"/>
              <w:jc w:val="center"/>
              <w:rPr>
                <w:rFonts w:cs="Times New Roman"/>
                <w:szCs w:val="28"/>
              </w:rPr>
            </w:pPr>
            <w:r w:rsidRPr="002502DB">
              <w:rPr>
                <w:rFonts w:cs="Times New Roman"/>
                <w:szCs w:val="28"/>
              </w:rPr>
              <w:t>9</w:t>
            </w:r>
          </w:p>
        </w:tc>
        <w:tc>
          <w:tcPr>
            <w:tcW w:w="251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33E14" w:rsidRPr="00CD6BE0" w:rsidRDefault="00833E14" w:rsidP="00E878B1">
            <w:pPr>
              <w:spacing w:line="276" w:lineRule="auto"/>
              <w:rPr>
                <w:rFonts w:cs="Times New Roman"/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Васьків Г.Ю</w:t>
            </w:r>
          </w:p>
        </w:tc>
        <w:tc>
          <w:tcPr>
            <w:tcW w:w="3685" w:type="dxa"/>
          </w:tcPr>
          <w:p w:rsidR="00833E14" w:rsidRPr="00CD6BE0" w:rsidRDefault="00833E14" w:rsidP="00E878B1">
            <w:pPr>
              <w:pStyle w:val="SmallTable"/>
              <w:spacing w:line="276" w:lineRule="auto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Вчитель географії/</w:t>
            </w:r>
            <w:r>
              <w:rPr>
                <w:rFonts w:cs="Times New Roman"/>
                <w:sz w:val="28"/>
                <w:szCs w:val="28"/>
                <w:lang w:val="ru-RU"/>
              </w:rPr>
              <w:t xml:space="preserve">координатор </w:t>
            </w:r>
            <w:r w:rsidRPr="008B0566">
              <w:rPr>
                <w:rFonts w:cs="Times New Roman"/>
                <w:sz w:val="28"/>
                <w:szCs w:val="28"/>
                <w:lang w:val="ru-RU"/>
              </w:rPr>
              <w:t>академічної</w:t>
            </w:r>
            <w:r w:rsidR="00C33424"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r w:rsidRPr="008B0566">
              <w:rPr>
                <w:rFonts w:cs="Times New Roman"/>
                <w:sz w:val="28"/>
                <w:szCs w:val="28"/>
                <w:lang w:val="ru-RU"/>
              </w:rPr>
              <w:t>доброчесності</w:t>
            </w:r>
            <w:r>
              <w:rPr>
                <w:rFonts w:cs="Times New Roman"/>
                <w:sz w:val="28"/>
                <w:szCs w:val="28"/>
                <w:lang w:val="uk-UA"/>
              </w:rPr>
              <w:t xml:space="preserve"> ,член методичної ради</w:t>
            </w:r>
          </w:p>
        </w:tc>
        <w:tc>
          <w:tcPr>
            <w:tcW w:w="226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33E14" w:rsidRPr="002502DB" w:rsidRDefault="00833E14" w:rsidP="00E878B1">
            <w:pPr>
              <w:spacing w:line="276" w:lineRule="auto"/>
              <w:jc w:val="center"/>
              <w:rPr>
                <w:rFonts w:cs="Times New Roman"/>
                <w:szCs w:val="28"/>
              </w:rPr>
            </w:pPr>
            <w:r w:rsidRPr="002502DB">
              <w:rPr>
                <w:rFonts w:cs="Times New Roman"/>
                <w:szCs w:val="28"/>
              </w:rPr>
              <w:t>Член</w:t>
            </w:r>
            <w:r w:rsidR="00C33424">
              <w:rPr>
                <w:rFonts w:cs="Times New Roman"/>
                <w:szCs w:val="28"/>
                <w:lang w:val="uk-UA"/>
              </w:rPr>
              <w:t xml:space="preserve"> </w:t>
            </w:r>
            <w:r w:rsidRPr="002502DB">
              <w:rPr>
                <w:rFonts w:cs="Times New Roman"/>
                <w:szCs w:val="28"/>
              </w:rPr>
              <w:t>методичної</w:t>
            </w:r>
            <w:r w:rsidR="00C33424">
              <w:rPr>
                <w:rFonts w:cs="Times New Roman"/>
                <w:szCs w:val="28"/>
                <w:lang w:val="uk-UA"/>
              </w:rPr>
              <w:t xml:space="preserve"> </w:t>
            </w:r>
            <w:r w:rsidRPr="002502DB">
              <w:rPr>
                <w:rFonts w:cs="Times New Roman"/>
                <w:szCs w:val="28"/>
              </w:rPr>
              <w:t>ради</w:t>
            </w:r>
          </w:p>
        </w:tc>
      </w:tr>
    </w:tbl>
    <w:p w:rsidR="00B65D59" w:rsidRPr="00B65D59" w:rsidRDefault="00B65D59" w:rsidP="00B65D59">
      <w:pPr>
        <w:pStyle w:val="ae"/>
        <w:tabs>
          <w:tab w:val="left" w:pos="284"/>
        </w:tabs>
        <w:spacing w:after="0"/>
        <w:ind w:left="0"/>
        <w:rPr>
          <w:rFonts w:cs="Times New Roman"/>
          <w:szCs w:val="28"/>
          <w:lang w:val="ru-RU"/>
        </w:rPr>
      </w:pPr>
    </w:p>
    <w:p w:rsidR="00B65D59" w:rsidRDefault="00B65D59" w:rsidP="00B65D59">
      <w:pPr>
        <w:tabs>
          <w:tab w:val="left" w:pos="284"/>
        </w:tabs>
        <w:spacing w:after="0"/>
        <w:rPr>
          <w:rFonts w:cs="Times New Roman"/>
          <w:b/>
          <w:szCs w:val="28"/>
          <w:lang w:val="ru-RU"/>
        </w:rPr>
      </w:pPr>
    </w:p>
    <w:p w:rsidR="00B65D59" w:rsidRDefault="00B65D59" w:rsidP="00B65D59">
      <w:pPr>
        <w:tabs>
          <w:tab w:val="left" w:pos="284"/>
        </w:tabs>
        <w:spacing w:after="0"/>
        <w:rPr>
          <w:rFonts w:cs="Times New Roman"/>
          <w:b/>
          <w:szCs w:val="28"/>
          <w:lang w:val="ru-RU"/>
        </w:rPr>
      </w:pPr>
    </w:p>
    <w:p w:rsidR="001308BA" w:rsidRPr="001308BA" w:rsidRDefault="00B65D59" w:rsidP="00B65D59">
      <w:pPr>
        <w:tabs>
          <w:tab w:val="left" w:pos="284"/>
        </w:tabs>
        <w:spacing w:after="0"/>
        <w:rPr>
          <w:rFonts w:cs="Times New Roman"/>
          <w:szCs w:val="28"/>
          <w:lang w:val="ru-RU"/>
        </w:rPr>
      </w:pPr>
      <w:r>
        <w:rPr>
          <w:rFonts w:cs="Times New Roman"/>
          <w:b/>
          <w:szCs w:val="28"/>
          <w:lang w:val="ru-RU"/>
        </w:rPr>
        <w:t>5.</w:t>
      </w:r>
      <w:r w:rsidR="00BF398D" w:rsidRPr="00B65D59">
        <w:rPr>
          <w:rFonts w:cs="Times New Roman"/>
          <w:b/>
          <w:szCs w:val="28"/>
          <w:lang w:val="ru-RU"/>
        </w:rPr>
        <w:t>Голові</w:t>
      </w:r>
      <w:r w:rsidRPr="00B65D59">
        <w:rPr>
          <w:rFonts w:cs="Times New Roman"/>
          <w:b/>
          <w:szCs w:val="28"/>
          <w:lang w:val="ru-RU"/>
        </w:rPr>
        <w:t xml:space="preserve"> </w:t>
      </w:r>
      <w:r w:rsidR="00833E14" w:rsidRPr="00B65D59">
        <w:rPr>
          <w:rFonts w:cs="Times New Roman"/>
          <w:b/>
          <w:szCs w:val="28"/>
          <w:lang w:val="ru-RU"/>
        </w:rPr>
        <w:t>методичної ради Руслані</w:t>
      </w:r>
      <w:r w:rsidRPr="00B65D59">
        <w:rPr>
          <w:rFonts w:cs="Times New Roman"/>
          <w:b/>
          <w:szCs w:val="28"/>
          <w:lang w:val="ru-RU"/>
        </w:rPr>
        <w:t xml:space="preserve"> </w:t>
      </w:r>
      <w:r w:rsidR="00833E14" w:rsidRPr="00B65D59">
        <w:rPr>
          <w:rFonts w:cs="Times New Roman"/>
          <w:b/>
          <w:szCs w:val="28"/>
          <w:lang w:val="ru-RU"/>
        </w:rPr>
        <w:t>Іванчак</w:t>
      </w:r>
    </w:p>
    <w:p w:rsidR="00BF398D" w:rsidRPr="001308BA" w:rsidRDefault="00833E14" w:rsidP="001308BA">
      <w:pPr>
        <w:pStyle w:val="ae"/>
        <w:numPr>
          <w:ilvl w:val="1"/>
          <w:numId w:val="13"/>
        </w:numPr>
        <w:tabs>
          <w:tab w:val="left" w:pos="284"/>
        </w:tabs>
        <w:spacing w:after="0"/>
        <w:ind w:left="0" w:firstLine="0"/>
        <w:rPr>
          <w:rFonts w:cs="Times New Roman"/>
          <w:szCs w:val="28"/>
          <w:lang w:val="ru-RU"/>
        </w:rPr>
      </w:pPr>
      <w:r w:rsidRPr="001308BA">
        <w:rPr>
          <w:rFonts w:cs="Times New Roman"/>
          <w:szCs w:val="28"/>
          <w:lang w:val="ru-RU"/>
        </w:rPr>
        <w:t>У</w:t>
      </w:r>
      <w:r w:rsidR="004B1497" w:rsidRPr="001308BA">
        <w:rPr>
          <w:rFonts w:cs="Times New Roman"/>
          <w:szCs w:val="28"/>
          <w:lang w:val="ru-RU"/>
        </w:rPr>
        <w:t>згодити</w:t>
      </w:r>
      <w:r w:rsidR="007618BB">
        <w:rPr>
          <w:rFonts w:cs="Times New Roman"/>
          <w:szCs w:val="28"/>
          <w:lang w:val="ru-RU"/>
        </w:rPr>
        <w:t xml:space="preserve"> </w:t>
      </w:r>
      <w:r w:rsidR="004B1497" w:rsidRPr="001308BA">
        <w:rPr>
          <w:rFonts w:cs="Times New Roman"/>
          <w:szCs w:val="28"/>
          <w:lang w:val="ru-RU"/>
        </w:rPr>
        <w:t>плани</w:t>
      </w:r>
      <w:r w:rsidR="007618BB">
        <w:rPr>
          <w:rFonts w:cs="Times New Roman"/>
          <w:szCs w:val="28"/>
          <w:lang w:val="ru-RU"/>
        </w:rPr>
        <w:t xml:space="preserve"> </w:t>
      </w:r>
      <w:r w:rsidR="004B1497" w:rsidRPr="001308BA">
        <w:rPr>
          <w:rFonts w:cs="Times New Roman"/>
          <w:szCs w:val="28"/>
          <w:lang w:val="ru-RU"/>
        </w:rPr>
        <w:t>роботи</w:t>
      </w:r>
      <w:r w:rsidR="007618BB">
        <w:rPr>
          <w:rFonts w:cs="Times New Roman"/>
          <w:szCs w:val="28"/>
          <w:lang w:val="ru-RU"/>
        </w:rPr>
        <w:t xml:space="preserve"> </w:t>
      </w:r>
      <w:r w:rsidR="004B1497" w:rsidRPr="001308BA">
        <w:rPr>
          <w:rFonts w:cs="Times New Roman"/>
          <w:szCs w:val="28"/>
          <w:lang w:val="ru-RU"/>
        </w:rPr>
        <w:t>методичних</w:t>
      </w:r>
      <w:r w:rsidR="007618BB">
        <w:rPr>
          <w:rFonts w:cs="Times New Roman"/>
          <w:szCs w:val="28"/>
          <w:lang w:val="ru-RU"/>
        </w:rPr>
        <w:t xml:space="preserve"> </w:t>
      </w:r>
      <w:r w:rsidR="004B1497" w:rsidRPr="001308BA">
        <w:rPr>
          <w:rFonts w:cs="Times New Roman"/>
          <w:szCs w:val="28"/>
          <w:lang w:val="ru-RU"/>
        </w:rPr>
        <w:t>об’єднань і професійних</w:t>
      </w:r>
      <w:r w:rsidR="007618BB">
        <w:rPr>
          <w:rFonts w:cs="Times New Roman"/>
          <w:szCs w:val="28"/>
          <w:lang w:val="ru-RU"/>
        </w:rPr>
        <w:t xml:space="preserve"> </w:t>
      </w:r>
      <w:r w:rsidR="004B1497" w:rsidRPr="001308BA">
        <w:rPr>
          <w:rFonts w:cs="Times New Roman"/>
          <w:szCs w:val="28"/>
          <w:lang w:val="ru-RU"/>
        </w:rPr>
        <w:t>спільнот</w:t>
      </w:r>
      <w:r w:rsidR="007618BB">
        <w:rPr>
          <w:rFonts w:cs="Times New Roman"/>
          <w:szCs w:val="28"/>
          <w:lang w:val="ru-RU"/>
        </w:rPr>
        <w:t xml:space="preserve"> </w:t>
      </w:r>
      <w:r w:rsidR="004B1497" w:rsidRPr="001308BA">
        <w:rPr>
          <w:rFonts w:cs="Times New Roman"/>
          <w:szCs w:val="28"/>
          <w:lang w:val="ru-RU"/>
        </w:rPr>
        <w:t>із</w:t>
      </w:r>
      <w:r w:rsidR="007618BB">
        <w:rPr>
          <w:rFonts w:cs="Times New Roman"/>
          <w:szCs w:val="28"/>
          <w:lang w:val="ru-RU"/>
        </w:rPr>
        <w:t xml:space="preserve"> </w:t>
      </w:r>
      <w:r w:rsidR="004B1497" w:rsidRPr="001308BA">
        <w:rPr>
          <w:rFonts w:cs="Times New Roman"/>
          <w:szCs w:val="28"/>
          <w:lang w:val="ru-RU"/>
        </w:rPr>
        <w:t>Річним планом роботи закладу та Стратегією</w:t>
      </w:r>
      <w:r w:rsidR="007618BB">
        <w:rPr>
          <w:rFonts w:cs="Times New Roman"/>
          <w:szCs w:val="28"/>
          <w:lang w:val="ru-RU"/>
        </w:rPr>
        <w:t xml:space="preserve"> </w:t>
      </w:r>
      <w:r w:rsidR="004B1497" w:rsidRPr="001308BA">
        <w:rPr>
          <w:rFonts w:cs="Times New Roman"/>
          <w:szCs w:val="28"/>
          <w:lang w:val="ru-RU"/>
        </w:rPr>
        <w:t>розвитку на 2026–2030 роки;</w:t>
      </w:r>
    </w:p>
    <w:p w:rsidR="00976071" w:rsidRPr="004B1497" w:rsidRDefault="00BF398D" w:rsidP="004B1497">
      <w:pPr>
        <w:tabs>
          <w:tab w:val="left" w:pos="284"/>
        </w:tabs>
        <w:spacing w:after="0"/>
        <w:jc w:val="right"/>
        <w:rPr>
          <w:rFonts w:cs="Times New Roman"/>
          <w:szCs w:val="28"/>
          <w:lang w:val="ru-RU"/>
        </w:rPr>
      </w:pPr>
      <w:r w:rsidRPr="004B1497">
        <w:rPr>
          <w:rFonts w:cs="Times New Roman"/>
          <w:szCs w:val="28"/>
          <w:lang w:val="ru-RU"/>
        </w:rPr>
        <w:t>до 05.09.2026</w:t>
      </w:r>
    </w:p>
    <w:p w:rsidR="00BF398D" w:rsidRPr="004B1497" w:rsidRDefault="00833E14" w:rsidP="004B1497">
      <w:pPr>
        <w:pStyle w:val="ae"/>
        <w:numPr>
          <w:ilvl w:val="1"/>
          <w:numId w:val="13"/>
        </w:numPr>
        <w:tabs>
          <w:tab w:val="left" w:pos="284"/>
        </w:tabs>
        <w:spacing w:after="0"/>
        <w:ind w:left="0" w:firstLine="0"/>
        <w:rPr>
          <w:rFonts w:cs="Times New Roman"/>
          <w:szCs w:val="28"/>
          <w:lang w:val="ru-RU"/>
        </w:rPr>
      </w:pPr>
      <w:r w:rsidRPr="004B1497">
        <w:rPr>
          <w:rFonts w:cs="Times New Roman"/>
          <w:szCs w:val="28"/>
          <w:lang w:val="ru-RU"/>
        </w:rPr>
        <w:t>К</w:t>
      </w:r>
      <w:r w:rsidR="004B1497" w:rsidRPr="004B1497">
        <w:rPr>
          <w:rFonts w:cs="Times New Roman"/>
          <w:szCs w:val="28"/>
          <w:lang w:val="ru-RU"/>
        </w:rPr>
        <w:t>оординувати</w:t>
      </w:r>
      <w:r w:rsidR="007618BB">
        <w:rPr>
          <w:rFonts w:cs="Times New Roman"/>
          <w:szCs w:val="28"/>
          <w:lang w:val="ru-RU"/>
        </w:rPr>
        <w:t xml:space="preserve"> </w:t>
      </w:r>
      <w:r w:rsidR="004B1497" w:rsidRPr="004B1497">
        <w:rPr>
          <w:rFonts w:cs="Times New Roman"/>
          <w:szCs w:val="28"/>
          <w:lang w:val="ru-RU"/>
        </w:rPr>
        <w:t>виконання плану методичної</w:t>
      </w:r>
      <w:r w:rsidR="007618BB">
        <w:rPr>
          <w:rFonts w:cs="Times New Roman"/>
          <w:szCs w:val="28"/>
          <w:lang w:val="ru-RU"/>
        </w:rPr>
        <w:t xml:space="preserve"> </w:t>
      </w:r>
      <w:r w:rsidR="004B1497" w:rsidRPr="004B1497">
        <w:rPr>
          <w:rFonts w:cs="Times New Roman"/>
          <w:szCs w:val="28"/>
          <w:lang w:val="ru-RU"/>
        </w:rPr>
        <w:t>роботи, організовувати</w:t>
      </w:r>
      <w:r w:rsidR="007618BB">
        <w:rPr>
          <w:rFonts w:cs="Times New Roman"/>
          <w:szCs w:val="28"/>
          <w:lang w:val="ru-RU"/>
        </w:rPr>
        <w:t xml:space="preserve"> </w:t>
      </w:r>
      <w:r w:rsidR="004B1497" w:rsidRPr="004B1497">
        <w:rPr>
          <w:rFonts w:cs="Times New Roman"/>
          <w:szCs w:val="28"/>
          <w:lang w:val="ru-RU"/>
        </w:rPr>
        <w:t>засідання</w:t>
      </w:r>
      <w:r w:rsidR="007618BB">
        <w:rPr>
          <w:rFonts w:cs="Times New Roman"/>
          <w:szCs w:val="28"/>
          <w:lang w:val="ru-RU"/>
        </w:rPr>
        <w:t xml:space="preserve"> </w:t>
      </w:r>
      <w:r w:rsidR="004B1497" w:rsidRPr="004B1497">
        <w:rPr>
          <w:rFonts w:cs="Times New Roman"/>
          <w:szCs w:val="28"/>
          <w:lang w:val="ru-RU"/>
        </w:rPr>
        <w:t>методичної ради та забезпечувати контроль за виконанням</w:t>
      </w:r>
      <w:r w:rsidR="007618BB">
        <w:rPr>
          <w:rFonts w:cs="Times New Roman"/>
          <w:szCs w:val="28"/>
          <w:lang w:val="ru-RU"/>
        </w:rPr>
        <w:t xml:space="preserve"> </w:t>
      </w:r>
      <w:r w:rsidR="004B1497" w:rsidRPr="004B1497">
        <w:rPr>
          <w:rFonts w:cs="Times New Roman"/>
          <w:szCs w:val="28"/>
          <w:lang w:val="ru-RU"/>
        </w:rPr>
        <w:t>її</w:t>
      </w:r>
      <w:r w:rsidR="007618BB">
        <w:rPr>
          <w:rFonts w:cs="Times New Roman"/>
          <w:szCs w:val="28"/>
          <w:lang w:val="ru-RU"/>
        </w:rPr>
        <w:t xml:space="preserve"> </w:t>
      </w:r>
      <w:r w:rsidR="004B1497" w:rsidRPr="004B1497">
        <w:rPr>
          <w:rFonts w:cs="Times New Roman"/>
          <w:szCs w:val="28"/>
          <w:lang w:val="ru-RU"/>
        </w:rPr>
        <w:t>рішень;</w:t>
      </w:r>
    </w:p>
    <w:p w:rsidR="00BF398D" w:rsidRPr="004B1497" w:rsidRDefault="00833E14" w:rsidP="004B1497">
      <w:pPr>
        <w:pStyle w:val="ae"/>
        <w:numPr>
          <w:ilvl w:val="1"/>
          <w:numId w:val="13"/>
        </w:numPr>
        <w:tabs>
          <w:tab w:val="left" w:pos="284"/>
        </w:tabs>
        <w:spacing w:after="0"/>
        <w:ind w:left="0" w:firstLine="0"/>
        <w:rPr>
          <w:rFonts w:cs="Times New Roman"/>
          <w:szCs w:val="28"/>
          <w:lang w:val="ru-RU"/>
        </w:rPr>
      </w:pPr>
      <w:r w:rsidRPr="004B1497">
        <w:rPr>
          <w:rFonts w:cs="Times New Roman"/>
          <w:szCs w:val="28"/>
          <w:lang w:val="ru-RU"/>
        </w:rPr>
        <w:t>З</w:t>
      </w:r>
      <w:r w:rsidR="004B1497" w:rsidRPr="004B1497">
        <w:rPr>
          <w:rFonts w:cs="Times New Roman"/>
          <w:szCs w:val="28"/>
          <w:lang w:val="ru-RU"/>
        </w:rPr>
        <w:t>абезпечити</w:t>
      </w:r>
      <w:r w:rsidR="007618BB">
        <w:rPr>
          <w:rFonts w:cs="Times New Roman"/>
          <w:szCs w:val="28"/>
          <w:lang w:val="ru-RU"/>
        </w:rPr>
        <w:t xml:space="preserve"> </w:t>
      </w:r>
      <w:r w:rsidR="004B1497" w:rsidRPr="004B1497">
        <w:rPr>
          <w:rFonts w:cs="Times New Roman"/>
          <w:szCs w:val="28"/>
          <w:lang w:val="ru-RU"/>
        </w:rPr>
        <w:t>консультативну та інформаційно-методичну</w:t>
      </w:r>
      <w:r w:rsidR="007618BB">
        <w:rPr>
          <w:rFonts w:cs="Times New Roman"/>
          <w:szCs w:val="28"/>
          <w:lang w:val="ru-RU"/>
        </w:rPr>
        <w:t xml:space="preserve"> </w:t>
      </w:r>
      <w:r w:rsidR="004B1497" w:rsidRPr="004B1497">
        <w:rPr>
          <w:rFonts w:cs="Times New Roman"/>
          <w:szCs w:val="28"/>
          <w:lang w:val="ru-RU"/>
        </w:rPr>
        <w:t>підтримку</w:t>
      </w:r>
      <w:r w:rsidR="007618BB">
        <w:rPr>
          <w:rFonts w:cs="Times New Roman"/>
          <w:szCs w:val="28"/>
          <w:lang w:val="ru-RU"/>
        </w:rPr>
        <w:t xml:space="preserve"> </w:t>
      </w:r>
      <w:r w:rsidR="004B1497" w:rsidRPr="004B1497">
        <w:rPr>
          <w:rFonts w:cs="Times New Roman"/>
          <w:szCs w:val="28"/>
          <w:lang w:val="ru-RU"/>
        </w:rPr>
        <w:t>педагогічних</w:t>
      </w:r>
      <w:r w:rsidR="007618BB">
        <w:rPr>
          <w:rFonts w:cs="Times New Roman"/>
          <w:szCs w:val="28"/>
          <w:lang w:val="ru-RU"/>
        </w:rPr>
        <w:t xml:space="preserve"> </w:t>
      </w:r>
      <w:r w:rsidR="004B1497" w:rsidRPr="004B1497">
        <w:rPr>
          <w:rFonts w:cs="Times New Roman"/>
          <w:szCs w:val="28"/>
          <w:lang w:val="ru-RU"/>
        </w:rPr>
        <w:t>працівників;</w:t>
      </w:r>
    </w:p>
    <w:p w:rsidR="00BF398D" w:rsidRPr="004B1497" w:rsidRDefault="00833E14" w:rsidP="004B1497">
      <w:pPr>
        <w:pStyle w:val="ae"/>
        <w:numPr>
          <w:ilvl w:val="1"/>
          <w:numId w:val="13"/>
        </w:numPr>
        <w:tabs>
          <w:tab w:val="left" w:pos="284"/>
        </w:tabs>
        <w:spacing w:after="0"/>
        <w:ind w:left="0" w:firstLine="0"/>
        <w:rPr>
          <w:rFonts w:cs="Times New Roman"/>
          <w:szCs w:val="28"/>
          <w:lang w:val="ru-RU"/>
        </w:rPr>
      </w:pPr>
      <w:r w:rsidRPr="004B1497">
        <w:rPr>
          <w:rFonts w:cs="Times New Roman"/>
          <w:szCs w:val="28"/>
          <w:lang w:val="ru-RU"/>
        </w:rPr>
        <w:t>О</w:t>
      </w:r>
      <w:r w:rsidR="004B1497" w:rsidRPr="004B1497">
        <w:rPr>
          <w:rFonts w:cs="Times New Roman"/>
          <w:szCs w:val="28"/>
          <w:lang w:val="ru-RU"/>
        </w:rPr>
        <w:t>рганізувати</w:t>
      </w:r>
      <w:r w:rsidR="007618BB">
        <w:rPr>
          <w:rFonts w:cs="Times New Roman"/>
          <w:szCs w:val="28"/>
          <w:lang w:val="ru-RU"/>
        </w:rPr>
        <w:t xml:space="preserve"> </w:t>
      </w:r>
      <w:r w:rsidR="004B1497" w:rsidRPr="004B1497">
        <w:rPr>
          <w:rFonts w:cs="Times New Roman"/>
          <w:szCs w:val="28"/>
          <w:lang w:val="ru-RU"/>
        </w:rPr>
        <w:t>діагностування</w:t>
      </w:r>
      <w:r w:rsidR="007618BB">
        <w:rPr>
          <w:rFonts w:cs="Times New Roman"/>
          <w:szCs w:val="28"/>
          <w:lang w:val="ru-RU"/>
        </w:rPr>
        <w:t xml:space="preserve"> </w:t>
      </w:r>
      <w:r w:rsidR="004B1497" w:rsidRPr="004B1497">
        <w:rPr>
          <w:rFonts w:cs="Times New Roman"/>
          <w:szCs w:val="28"/>
          <w:lang w:val="ru-RU"/>
        </w:rPr>
        <w:t>професійних потреб педагогів, аналіз</w:t>
      </w:r>
      <w:r w:rsidR="007618BB">
        <w:rPr>
          <w:rFonts w:cs="Times New Roman"/>
          <w:szCs w:val="28"/>
          <w:lang w:val="ru-RU"/>
        </w:rPr>
        <w:t xml:space="preserve"> </w:t>
      </w:r>
      <w:r w:rsidR="004B1497" w:rsidRPr="004B1497">
        <w:rPr>
          <w:rFonts w:cs="Times New Roman"/>
          <w:szCs w:val="28"/>
          <w:lang w:val="ru-RU"/>
        </w:rPr>
        <w:t>результативності</w:t>
      </w:r>
      <w:r w:rsidR="007618BB">
        <w:rPr>
          <w:rFonts w:cs="Times New Roman"/>
          <w:szCs w:val="28"/>
          <w:lang w:val="ru-RU"/>
        </w:rPr>
        <w:t xml:space="preserve"> </w:t>
      </w:r>
      <w:r w:rsidR="004B1497" w:rsidRPr="004B1497">
        <w:rPr>
          <w:rFonts w:cs="Times New Roman"/>
          <w:szCs w:val="28"/>
          <w:lang w:val="ru-RU"/>
        </w:rPr>
        <w:t>методичної</w:t>
      </w:r>
      <w:r w:rsidR="007618BB">
        <w:rPr>
          <w:rFonts w:cs="Times New Roman"/>
          <w:szCs w:val="28"/>
          <w:lang w:val="ru-RU"/>
        </w:rPr>
        <w:t xml:space="preserve"> </w:t>
      </w:r>
      <w:r w:rsidR="004B1497" w:rsidRPr="004B1497">
        <w:rPr>
          <w:rFonts w:cs="Times New Roman"/>
          <w:szCs w:val="28"/>
          <w:lang w:val="ru-RU"/>
        </w:rPr>
        <w:t>роботи та коригування</w:t>
      </w:r>
      <w:r w:rsidR="007618BB">
        <w:rPr>
          <w:rFonts w:cs="Times New Roman"/>
          <w:szCs w:val="28"/>
          <w:lang w:val="ru-RU"/>
        </w:rPr>
        <w:t xml:space="preserve"> </w:t>
      </w:r>
      <w:r w:rsidR="004B1497" w:rsidRPr="004B1497">
        <w:rPr>
          <w:rFonts w:cs="Times New Roman"/>
          <w:szCs w:val="28"/>
          <w:lang w:val="ru-RU"/>
        </w:rPr>
        <w:t>її</w:t>
      </w:r>
      <w:r w:rsidR="007618BB">
        <w:rPr>
          <w:rFonts w:cs="Times New Roman"/>
          <w:szCs w:val="28"/>
          <w:lang w:val="ru-RU"/>
        </w:rPr>
        <w:t xml:space="preserve"> </w:t>
      </w:r>
      <w:r w:rsidR="004B1497" w:rsidRPr="004B1497">
        <w:rPr>
          <w:rFonts w:cs="Times New Roman"/>
          <w:szCs w:val="28"/>
          <w:lang w:val="ru-RU"/>
        </w:rPr>
        <w:t>змісту;</w:t>
      </w:r>
    </w:p>
    <w:p w:rsidR="00BF398D" w:rsidRPr="004B1497" w:rsidRDefault="00833E14" w:rsidP="004B1497">
      <w:pPr>
        <w:pStyle w:val="ae"/>
        <w:numPr>
          <w:ilvl w:val="1"/>
          <w:numId w:val="13"/>
        </w:numPr>
        <w:tabs>
          <w:tab w:val="left" w:pos="284"/>
        </w:tabs>
        <w:spacing w:after="0"/>
        <w:ind w:left="0" w:firstLine="0"/>
        <w:rPr>
          <w:rFonts w:cs="Times New Roman"/>
          <w:szCs w:val="28"/>
          <w:lang w:val="ru-RU"/>
        </w:rPr>
      </w:pPr>
      <w:r w:rsidRPr="004B1497">
        <w:rPr>
          <w:rFonts w:cs="Times New Roman"/>
          <w:szCs w:val="28"/>
          <w:lang w:val="ru-RU"/>
        </w:rPr>
        <w:t>З</w:t>
      </w:r>
      <w:r w:rsidR="004B1497" w:rsidRPr="004B1497">
        <w:rPr>
          <w:rFonts w:cs="Times New Roman"/>
          <w:szCs w:val="28"/>
          <w:lang w:val="ru-RU"/>
        </w:rPr>
        <w:t>абезпечити</w:t>
      </w:r>
      <w:r w:rsidR="007618BB">
        <w:rPr>
          <w:rFonts w:cs="Times New Roman"/>
          <w:szCs w:val="28"/>
          <w:lang w:val="ru-RU"/>
        </w:rPr>
        <w:t xml:space="preserve"> </w:t>
      </w:r>
      <w:r w:rsidR="004B1497" w:rsidRPr="004B1497">
        <w:rPr>
          <w:rFonts w:cs="Times New Roman"/>
          <w:szCs w:val="28"/>
          <w:lang w:val="ru-RU"/>
        </w:rPr>
        <w:t>методичний</w:t>
      </w:r>
      <w:r w:rsidR="007618BB">
        <w:rPr>
          <w:rFonts w:cs="Times New Roman"/>
          <w:szCs w:val="28"/>
          <w:lang w:val="ru-RU"/>
        </w:rPr>
        <w:t xml:space="preserve"> </w:t>
      </w:r>
      <w:r w:rsidR="004B1497" w:rsidRPr="004B1497">
        <w:rPr>
          <w:rFonts w:cs="Times New Roman"/>
          <w:szCs w:val="28"/>
          <w:lang w:val="ru-RU"/>
        </w:rPr>
        <w:t>супровід</w:t>
      </w:r>
      <w:r w:rsidR="007618BB">
        <w:rPr>
          <w:rFonts w:cs="Times New Roman"/>
          <w:szCs w:val="28"/>
          <w:lang w:val="ru-RU"/>
        </w:rPr>
        <w:t xml:space="preserve"> </w:t>
      </w:r>
      <w:r w:rsidR="004B1497" w:rsidRPr="004B1497">
        <w:rPr>
          <w:rFonts w:cs="Times New Roman"/>
          <w:szCs w:val="28"/>
          <w:lang w:val="ru-RU"/>
        </w:rPr>
        <w:t>атестації, підвищення</w:t>
      </w:r>
      <w:r w:rsidR="007618BB">
        <w:rPr>
          <w:rFonts w:cs="Times New Roman"/>
          <w:szCs w:val="28"/>
          <w:lang w:val="ru-RU"/>
        </w:rPr>
        <w:t xml:space="preserve"> </w:t>
      </w:r>
      <w:r w:rsidR="004B1497" w:rsidRPr="004B1497">
        <w:rPr>
          <w:rFonts w:cs="Times New Roman"/>
          <w:szCs w:val="28"/>
          <w:lang w:val="ru-RU"/>
        </w:rPr>
        <w:t>кваліфікації, наставництва, сертифікації та професійного</w:t>
      </w:r>
      <w:r w:rsidR="007618BB">
        <w:rPr>
          <w:rFonts w:cs="Times New Roman"/>
          <w:szCs w:val="28"/>
          <w:lang w:val="ru-RU"/>
        </w:rPr>
        <w:t xml:space="preserve"> </w:t>
      </w:r>
      <w:r w:rsidR="004B1497" w:rsidRPr="004B1497">
        <w:rPr>
          <w:rFonts w:cs="Times New Roman"/>
          <w:szCs w:val="28"/>
          <w:lang w:val="ru-RU"/>
        </w:rPr>
        <w:t>розвитку</w:t>
      </w:r>
      <w:r w:rsidR="007618BB">
        <w:rPr>
          <w:rFonts w:cs="Times New Roman"/>
          <w:szCs w:val="28"/>
          <w:lang w:val="ru-RU"/>
        </w:rPr>
        <w:t xml:space="preserve"> </w:t>
      </w:r>
      <w:r w:rsidR="004B1497" w:rsidRPr="004B1497">
        <w:rPr>
          <w:rFonts w:cs="Times New Roman"/>
          <w:szCs w:val="28"/>
          <w:lang w:val="ru-RU"/>
        </w:rPr>
        <w:t>педагогічних</w:t>
      </w:r>
      <w:r w:rsidR="007618BB">
        <w:rPr>
          <w:rFonts w:cs="Times New Roman"/>
          <w:szCs w:val="28"/>
          <w:lang w:val="ru-RU"/>
        </w:rPr>
        <w:t xml:space="preserve"> </w:t>
      </w:r>
      <w:r w:rsidR="004B1497" w:rsidRPr="004B1497">
        <w:rPr>
          <w:rFonts w:cs="Times New Roman"/>
          <w:szCs w:val="28"/>
          <w:lang w:val="ru-RU"/>
        </w:rPr>
        <w:t>працівників;</w:t>
      </w:r>
    </w:p>
    <w:p w:rsidR="00976071" w:rsidRPr="004B1497" w:rsidRDefault="00833E14" w:rsidP="004B1497">
      <w:pPr>
        <w:pStyle w:val="ae"/>
        <w:numPr>
          <w:ilvl w:val="1"/>
          <w:numId w:val="13"/>
        </w:numPr>
        <w:tabs>
          <w:tab w:val="left" w:pos="284"/>
        </w:tabs>
        <w:spacing w:after="0"/>
        <w:ind w:left="0" w:firstLine="0"/>
        <w:rPr>
          <w:rFonts w:cs="Times New Roman"/>
          <w:szCs w:val="28"/>
          <w:lang w:val="ru-RU"/>
        </w:rPr>
      </w:pPr>
      <w:r w:rsidRPr="004B1497">
        <w:rPr>
          <w:rFonts w:cs="Times New Roman"/>
          <w:szCs w:val="28"/>
          <w:lang w:val="ru-RU"/>
        </w:rPr>
        <w:t>С</w:t>
      </w:r>
      <w:r w:rsidR="004B1497" w:rsidRPr="004B1497">
        <w:rPr>
          <w:rFonts w:cs="Times New Roman"/>
          <w:szCs w:val="28"/>
          <w:lang w:val="ru-RU"/>
        </w:rPr>
        <w:t>прияти</w:t>
      </w:r>
      <w:r w:rsidR="007618BB">
        <w:rPr>
          <w:rFonts w:cs="Times New Roman"/>
          <w:szCs w:val="28"/>
          <w:lang w:val="ru-RU"/>
        </w:rPr>
        <w:t xml:space="preserve"> </w:t>
      </w:r>
      <w:r w:rsidR="004B1497" w:rsidRPr="004B1497">
        <w:rPr>
          <w:rFonts w:cs="Times New Roman"/>
          <w:szCs w:val="28"/>
          <w:lang w:val="ru-RU"/>
        </w:rPr>
        <w:t>узагальненню, апробації,поширенню та публічному</w:t>
      </w:r>
      <w:r w:rsidR="007618BB">
        <w:rPr>
          <w:rFonts w:cs="Times New Roman"/>
          <w:szCs w:val="28"/>
          <w:lang w:val="ru-RU"/>
        </w:rPr>
        <w:t xml:space="preserve"> </w:t>
      </w:r>
      <w:r w:rsidR="004B1497" w:rsidRPr="004B1497">
        <w:rPr>
          <w:rFonts w:cs="Times New Roman"/>
          <w:szCs w:val="28"/>
          <w:lang w:val="ru-RU"/>
        </w:rPr>
        <w:t>представленню</w:t>
      </w:r>
      <w:r w:rsidR="007618BB">
        <w:rPr>
          <w:rFonts w:cs="Times New Roman"/>
          <w:szCs w:val="28"/>
          <w:lang w:val="ru-RU"/>
        </w:rPr>
        <w:t xml:space="preserve"> </w:t>
      </w:r>
      <w:r w:rsidR="004B1497" w:rsidRPr="004B1497">
        <w:rPr>
          <w:rFonts w:cs="Times New Roman"/>
          <w:szCs w:val="28"/>
          <w:lang w:val="ru-RU"/>
        </w:rPr>
        <w:t xml:space="preserve"> результативного педагогічного</w:t>
      </w:r>
      <w:r w:rsidR="007618BB">
        <w:rPr>
          <w:rFonts w:cs="Times New Roman"/>
          <w:szCs w:val="28"/>
          <w:lang w:val="ru-RU"/>
        </w:rPr>
        <w:t xml:space="preserve"> </w:t>
      </w:r>
      <w:r w:rsidR="004B1497" w:rsidRPr="004B1497">
        <w:rPr>
          <w:rFonts w:cs="Times New Roman"/>
          <w:szCs w:val="28"/>
          <w:lang w:val="ru-RU"/>
        </w:rPr>
        <w:t>досвіду.</w:t>
      </w:r>
    </w:p>
    <w:p w:rsidR="00C243E4" w:rsidRPr="004B1497" w:rsidRDefault="00833E14" w:rsidP="004B1497">
      <w:pPr>
        <w:pStyle w:val="ae"/>
        <w:widowControl w:val="0"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43" w:after="0"/>
        <w:ind w:left="0" w:firstLine="0"/>
        <w:rPr>
          <w:rFonts w:cs="Times New Roman"/>
          <w:b/>
          <w:color w:val="000000"/>
          <w:szCs w:val="28"/>
        </w:rPr>
      </w:pPr>
      <w:r>
        <w:rPr>
          <w:rFonts w:cs="Times New Roman"/>
          <w:b/>
          <w:color w:val="000000"/>
          <w:szCs w:val="28"/>
        </w:rPr>
        <w:t>Методичнійрад</w:t>
      </w:r>
      <w:r w:rsidR="00C243E4" w:rsidRPr="004B1497">
        <w:rPr>
          <w:rFonts w:cs="Times New Roman"/>
          <w:b/>
          <w:color w:val="000000"/>
          <w:szCs w:val="28"/>
        </w:rPr>
        <w:t>:</w:t>
      </w:r>
    </w:p>
    <w:p w:rsidR="00C243E4" w:rsidRPr="004B1497" w:rsidRDefault="00C243E4" w:rsidP="004B1497">
      <w:pPr>
        <w:pStyle w:val="ae"/>
        <w:widowControl w:val="0"/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43" w:after="0"/>
        <w:ind w:left="0" w:firstLine="0"/>
        <w:rPr>
          <w:rFonts w:cs="Times New Roman"/>
          <w:color w:val="000000"/>
          <w:szCs w:val="28"/>
          <w:lang w:val="ru-RU"/>
        </w:rPr>
      </w:pPr>
      <w:r w:rsidRPr="004B1497">
        <w:rPr>
          <w:rFonts w:cs="Times New Roman"/>
          <w:color w:val="000000"/>
          <w:szCs w:val="28"/>
          <w:lang w:val="ru-RU"/>
        </w:rPr>
        <w:t>Здійснювати</w:t>
      </w:r>
      <w:r w:rsidR="007618BB">
        <w:rPr>
          <w:rFonts w:cs="Times New Roman"/>
          <w:color w:val="000000"/>
          <w:szCs w:val="28"/>
          <w:lang w:val="ru-RU"/>
        </w:rPr>
        <w:t xml:space="preserve"> </w:t>
      </w:r>
      <w:r w:rsidRPr="004B1497">
        <w:rPr>
          <w:rFonts w:cs="Times New Roman"/>
          <w:color w:val="000000"/>
          <w:szCs w:val="28"/>
          <w:lang w:val="ru-RU"/>
        </w:rPr>
        <w:t>постійну</w:t>
      </w:r>
      <w:r w:rsidR="007618BB">
        <w:rPr>
          <w:rFonts w:cs="Times New Roman"/>
          <w:color w:val="000000"/>
          <w:szCs w:val="28"/>
          <w:lang w:val="ru-RU"/>
        </w:rPr>
        <w:t xml:space="preserve"> </w:t>
      </w:r>
      <w:r w:rsidRPr="004B1497">
        <w:rPr>
          <w:rFonts w:cs="Times New Roman"/>
          <w:color w:val="000000"/>
          <w:szCs w:val="28"/>
          <w:lang w:val="ru-RU"/>
        </w:rPr>
        <w:t>консультативну</w:t>
      </w:r>
      <w:r w:rsidR="007618BB">
        <w:rPr>
          <w:rFonts w:cs="Times New Roman"/>
          <w:color w:val="000000"/>
          <w:szCs w:val="28"/>
          <w:lang w:val="ru-RU"/>
        </w:rPr>
        <w:t xml:space="preserve"> </w:t>
      </w:r>
      <w:r w:rsidRPr="004B1497">
        <w:rPr>
          <w:rFonts w:cs="Times New Roman"/>
          <w:color w:val="000000"/>
          <w:szCs w:val="28"/>
          <w:lang w:val="ru-RU"/>
        </w:rPr>
        <w:t>допомогу членам педагогічного</w:t>
      </w:r>
      <w:r w:rsidR="007618BB">
        <w:rPr>
          <w:rFonts w:cs="Times New Roman"/>
          <w:color w:val="000000"/>
          <w:szCs w:val="28"/>
          <w:lang w:val="ru-RU"/>
        </w:rPr>
        <w:t xml:space="preserve"> </w:t>
      </w:r>
      <w:r w:rsidRPr="004B1497">
        <w:rPr>
          <w:rFonts w:cs="Times New Roman"/>
          <w:color w:val="000000"/>
          <w:szCs w:val="28"/>
          <w:lang w:val="ru-RU"/>
        </w:rPr>
        <w:t xml:space="preserve">колективу; </w:t>
      </w:r>
    </w:p>
    <w:p w:rsidR="00C243E4" w:rsidRPr="004B1497" w:rsidRDefault="00C243E4" w:rsidP="004B1497">
      <w:pPr>
        <w:pStyle w:val="ae"/>
        <w:widowControl w:val="0"/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43" w:after="0"/>
        <w:ind w:left="0" w:firstLine="0"/>
        <w:rPr>
          <w:rFonts w:cs="Times New Roman"/>
          <w:color w:val="000000"/>
          <w:szCs w:val="28"/>
          <w:lang w:val="ru-RU"/>
        </w:rPr>
      </w:pPr>
      <w:r w:rsidRPr="004B1497">
        <w:rPr>
          <w:rFonts w:cs="Times New Roman"/>
          <w:color w:val="000000"/>
          <w:szCs w:val="28"/>
          <w:lang w:val="ru-RU"/>
        </w:rPr>
        <w:t>Налагодити</w:t>
      </w:r>
      <w:r w:rsidR="007618BB">
        <w:rPr>
          <w:rFonts w:cs="Times New Roman"/>
          <w:color w:val="000000"/>
          <w:szCs w:val="28"/>
          <w:lang w:val="ru-RU"/>
        </w:rPr>
        <w:t xml:space="preserve"> </w:t>
      </w:r>
      <w:r w:rsidRPr="004B1497">
        <w:rPr>
          <w:rFonts w:cs="Times New Roman"/>
          <w:color w:val="000000"/>
          <w:szCs w:val="28"/>
          <w:lang w:val="ru-RU"/>
        </w:rPr>
        <w:t>інформаційно-методичнезабезпечення</w:t>
      </w:r>
      <w:r w:rsidR="007618BB">
        <w:rPr>
          <w:rFonts w:cs="Times New Roman"/>
          <w:color w:val="000000"/>
          <w:szCs w:val="28"/>
          <w:lang w:val="ru-RU"/>
        </w:rPr>
        <w:t xml:space="preserve"> </w:t>
      </w:r>
      <w:r w:rsidRPr="004B1497">
        <w:rPr>
          <w:rFonts w:cs="Times New Roman"/>
          <w:color w:val="000000"/>
          <w:szCs w:val="28"/>
          <w:lang w:val="ru-RU"/>
        </w:rPr>
        <w:t>педагогічного</w:t>
      </w:r>
      <w:r w:rsidR="00833E14">
        <w:rPr>
          <w:rFonts w:cs="Times New Roman"/>
          <w:color w:val="000000"/>
          <w:szCs w:val="28"/>
          <w:lang w:val="ru-RU"/>
        </w:rPr>
        <w:t xml:space="preserve"> процессу </w:t>
      </w:r>
      <w:r w:rsidRPr="004B1497">
        <w:rPr>
          <w:rFonts w:cs="Times New Roman"/>
          <w:color w:val="000000"/>
          <w:szCs w:val="28"/>
          <w:lang w:val="ru-RU"/>
        </w:rPr>
        <w:t xml:space="preserve">школи; </w:t>
      </w:r>
    </w:p>
    <w:p w:rsidR="00C243E4" w:rsidRPr="004B1497" w:rsidRDefault="00C243E4" w:rsidP="004B1497">
      <w:pPr>
        <w:pStyle w:val="ae"/>
        <w:widowControl w:val="0"/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43" w:after="0"/>
        <w:ind w:left="0" w:firstLine="0"/>
        <w:rPr>
          <w:rFonts w:cs="Times New Roman"/>
          <w:color w:val="000000"/>
          <w:szCs w:val="28"/>
          <w:lang w:val="ru-RU"/>
        </w:rPr>
      </w:pPr>
      <w:r w:rsidRPr="004B1497">
        <w:rPr>
          <w:rFonts w:cs="Times New Roman"/>
          <w:color w:val="000000"/>
          <w:szCs w:val="28"/>
          <w:lang w:val="ru-RU"/>
        </w:rPr>
        <w:t>Підтримувати</w:t>
      </w:r>
      <w:r w:rsidR="007618BB">
        <w:rPr>
          <w:rFonts w:cs="Times New Roman"/>
          <w:color w:val="000000"/>
          <w:szCs w:val="28"/>
          <w:lang w:val="ru-RU"/>
        </w:rPr>
        <w:t xml:space="preserve"> </w:t>
      </w:r>
      <w:r w:rsidRPr="004B1497">
        <w:rPr>
          <w:rFonts w:cs="Times New Roman"/>
          <w:color w:val="000000"/>
          <w:szCs w:val="28"/>
          <w:lang w:val="ru-RU"/>
        </w:rPr>
        <w:t>зв’язок з інформаційно-методичним центром Департаменту освіти та науки з питань</w:t>
      </w:r>
      <w:r w:rsidR="007618BB">
        <w:rPr>
          <w:rFonts w:cs="Times New Roman"/>
          <w:color w:val="000000"/>
          <w:szCs w:val="28"/>
          <w:lang w:val="ru-RU"/>
        </w:rPr>
        <w:t xml:space="preserve"> </w:t>
      </w:r>
      <w:r w:rsidRPr="004B1497">
        <w:rPr>
          <w:rFonts w:cs="Times New Roman"/>
          <w:color w:val="000000"/>
          <w:szCs w:val="28"/>
          <w:lang w:val="ru-RU"/>
        </w:rPr>
        <w:t>організації</w:t>
      </w:r>
      <w:r w:rsidR="007618BB">
        <w:rPr>
          <w:rFonts w:cs="Times New Roman"/>
          <w:color w:val="000000"/>
          <w:szCs w:val="28"/>
          <w:lang w:val="ru-RU"/>
        </w:rPr>
        <w:t xml:space="preserve"> </w:t>
      </w:r>
      <w:r w:rsidRPr="004B1497">
        <w:rPr>
          <w:rFonts w:cs="Times New Roman"/>
          <w:color w:val="000000"/>
          <w:szCs w:val="28"/>
          <w:lang w:val="ru-RU"/>
        </w:rPr>
        <w:t>науково-методичної</w:t>
      </w:r>
      <w:r w:rsidR="007618BB">
        <w:rPr>
          <w:rFonts w:cs="Times New Roman"/>
          <w:color w:val="000000"/>
          <w:szCs w:val="28"/>
          <w:lang w:val="ru-RU"/>
        </w:rPr>
        <w:t xml:space="preserve"> </w:t>
      </w:r>
      <w:r w:rsidRPr="004B1497">
        <w:rPr>
          <w:rFonts w:cs="Times New Roman"/>
          <w:color w:val="000000"/>
          <w:szCs w:val="28"/>
          <w:lang w:val="ru-RU"/>
        </w:rPr>
        <w:t xml:space="preserve">роботи; </w:t>
      </w:r>
    </w:p>
    <w:p w:rsidR="00C243E4" w:rsidRPr="004B1497" w:rsidRDefault="00C243E4" w:rsidP="004B1497">
      <w:pPr>
        <w:pStyle w:val="ae"/>
        <w:widowControl w:val="0"/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43" w:after="0"/>
        <w:ind w:left="0" w:firstLine="0"/>
        <w:rPr>
          <w:rFonts w:cs="Times New Roman"/>
          <w:color w:val="000000"/>
          <w:szCs w:val="28"/>
          <w:lang w:val="ru-RU"/>
        </w:rPr>
      </w:pPr>
      <w:r w:rsidRPr="004B1497">
        <w:rPr>
          <w:rFonts w:cs="Times New Roman"/>
          <w:color w:val="000000"/>
          <w:szCs w:val="28"/>
          <w:lang w:val="ru-RU"/>
        </w:rPr>
        <w:t>Сумісно з адміністрацією</w:t>
      </w:r>
      <w:r w:rsidR="007618BB">
        <w:rPr>
          <w:rFonts w:cs="Times New Roman"/>
          <w:color w:val="000000"/>
          <w:szCs w:val="28"/>
          <w:lang w:val="ru-RU"/>
        </w:rPr>
        <w:t xml:space="preserve"> </w:t>
      </w:r>
      <w:r w:rsidR="00833E14">
        <w:rPr>
          <w:rFonts w:cs="Times New Roman"/>
          <w:color w:val="000000"/>
          <w:szCs w:val="28"/>
          <w:lang w:val="ru-RU"/>
        </w:rPr>
        <w:t>гімназії</w:t>
      </w:r>
      <w:r w:rsidR="007618BB">
        <w:rPr>
          <w:rFonts w:cs="Times New Roman"/>
          <w:color w:val="000000"/>
          <w:szCs w:val="28"/>
          <w:lang w:val="ru-RU"/>
        </w:rPr>
        <w:t xml:space="preserve"> </w:t>
      </w:r>
      <w:r w:rsidRPr="004B1497">
        <w:rPr>
          <w:rFonts w:cs="Times New Roman"/>
          <w:color w:val="000000"/>
          <w:szCs w:val="28"/>
          <w:lang w:val="ru-RU"/>
        </w:rPr>
        <w:t>забезпечити</w:t>
      </w:r>
      <w:r w:rsidR="007618BB">
        <w:rPr>
          <w:rFonts w:cs="Times New Roman"/>
          <w:color w:val="000000"/>
          <w:szCs w:val="28"/>
          <w:lang w:val="ru-RU"/>
        </w:rPr>
        <w:t xml:space="preserve"> </w:t>
      </w:r>
      <w:r w:rsidRPr="004B1497">
        <w:rPr>
          <w:rFonts w:cs="Times New Roman"/>
          <w:color w:val="000000"/>
          <w:szCs w:val="28"/>
          <w:lang w:val="ru-RU"/>
        </w:rPr>
        <w:t>якісне</w:t>
      </w:r>
      <w:r w:rsidR="007618BB">
        <w:rPr>
          <w:rFonts w:cs="Times New Roman"/>
          <w:color w:val="000000"/>
          <w:szCs w:val="28"/>
          <w:lang w:val="ru-RU"/>
        </w:rPr>
        <w:t xml:space="preserve"> </w:t>
      </w:r>
      <w:r w:rsidRPr="004B1497">
        <w:rPr>
          <w:rFonts w:cs="Times New Roman"/>
          <w:color w:val="000000"/>
          <w:szCs w:val="28"/>
          <w:lang w:val="ru-RU"/>
        </w:rPr>
        <w:t>проведення</w:t>
      </w:r>
      <w:r w:rsidR="007618BB">
        <w:rPr>
          <w:rFonts w:cs="Times New Roman"/>
          <w:color w:val="000000"/>
          <w:szCs w:val="28"/>
          <w:lang w:val="ru-RU"/>
        </w:rPr>
        <w:t xml:space="preserve"> </w:t>
      </w:r>
      <w:r w:rsidRPr="004B1497">
        <w:rPr>
          <w:rFonts w:cs="Times New Roman"/>
          <w:color w:val="000000"/>
          <w:szCs w:val="28"/>
          <w:lang w:val="ru-RU"/>
        </w:rPr>
        <w:t>атестації</w:t>
      </w:r>
      <w:r w:rsidR="007618BB">
        <w:rPr>
          <w:rFonts w:cs="Times New Roman"/>
          <w:color w:val="000000"/>
          <w:szCs w:val="28"/>
          <w:lang w:val="ru-RU"/>
        </w:rPr>
        <w:t xml:space="preserve"> </w:t>
      </w:r>
      <w:r w:rsidRPr="004B1497">
        <w:rPr>
          <w:rFonts w:cs="Times New Roman"/>
          <w:color w:val="000000"/>
          <w:szCs w:val="28"/>
          <w:lang w:val="ru-RU"/>
        </w:rPr>
        <w:t>педагогічних</w:t>
      </w:r>
      <w:r w:rsidR="007618BB">
        <w:rPr>
          <w:rFonts w:cs="Times New Roman"/>
          <w:color w:val="000000"/>
          <w:szCs w:val="28"/>
          <w:lang w:val="ru-RU"/>
        </w:rPr>
        <w:t xml:space="preserve"> </w:t>
      </w:r>
      <w:r w:rsidRPr="004B1497">
        <w:rPr>
          <w:rFonts w:cs="Times New Roman"/>
          <w:color w:val="000000"/>
          <w:szCs w:val="28"/>
          <w:lang w:val="ru-RU"/>
        </w:rPr>
        <w:t xml:space="preserve">працівників закладу. </w:t>
      </w:r>
    </w:p>
    <w:p w:rsidR="006F0758" w:rsidRPr="004B1497" w:rsidRDefault="004B1497" w:rsidP="004B1497">
      <w:pPr>
        <w:pStyle w:val="ae"/>
        <w:numPr>
          <w:ilvl w:val="0"/>
          <w:numId w:val="13"/>
        </w:numPr>
        <w:tabs>
          <w:tab w:val="left" w:pos="284"/>
        </w:tabs>
        <w:spacing w:after="0"/>
        <w:ind w:left="0" w:firstLine="0"/>
        <w:rPr>
          <w:rFonts w:cs="Times New Roman"/>
          <w:szCs w:val="28"/>
          <w:lang w:val="ru-RU"/>
        </w:rPr>
      </w:pPr>
      <w:r w:rsidRPr="004B1497">
        <w:rPr>
          <w:rFonts w:cs="Times New Roman"/>
          <w:b/>
          <w:szCs w:val="28"/>
          <w:lang w:val="ru-RU"/>
        </w:rPr>
        <w:t>Керівникам</w:t>
      </w:r>
      <w:r w:rsidR="007618BB">
        <w:rPr>
          <w:rFonts w:cs="Times New Roman"/>
          <w:b/>
          <w:szCs w:val="28"/>
          <w:lang w:val="ru-RU"/>
        </w:rPr>
        <w:t xml:space="preserve"> </w:t>
      </w:r>
      <w:r w:rsidRPr="004B1497">
        <w:rPr>
          <w:rFonts w:cs="Times New Roman"/>
          <w:b/>
          <w:szCs w:val="28"/>
          <w:lang w:val="ru-RU"/>
        </w:rPr>
        <w:t>методичних</w:t>
      </w:r>
      <w:r w:rsidR="007618BB">
        <w:rPr>
          <w:rFonts w:cs="Times New Roman"/>
          <w:b/>
          <w:szCs w:val="28"/>
          <w:lang w:val="ru-RU"/>
        </w:rPr>
        <w:t xml:space="preserve"> </w:t>
      </w:r>
      <w:r w:rsidRPr="004B1497">
        <w:rPr>
          <w:rFonts w:cs="Times New Roman"/>
          <w:b/>
          <w:szCs w:val="28"/>
          <w:lang w:val="ru-RU"/>
        </w:rPr>
        <w:t>об’єднань / професійних</w:t>
      </w:r>
      <w:r w:rsidR="007618BB">
        <w:rPr>
          <w:rFonts w:cs="Times New Roman"/>
          <w:b/>
          <w:szCs w:val="28"/>
          <w:lang w:val="ru-RU"/>
        </w:rPr>
        <w:t xml:space="preserve"> </w:t>
      </w:r>
      <w:r w:rsidRPr="004B1497">
        <w:rPr>
          <w:rFonts w:cs="Times New Roman"/>
          <w:b/>
          <w:szCs w:val="28"/>
          <w:lang w:val="ru-RU"/>
        </w:rPr>
        <w:t>спільнот:</w:t>
      </w:r>
    </w:p>
    <w:p w:rsidR="006F0758" w:rsidRPr="004B1497" w:rsidRDefault="006F0758" w:rsidP="004B1497">
      <w:pPr>
        <w:pStyle w:val="ae"/>
        <w:numPr>
          <w:ilvl w:val="1"/>
          <w:numId w:val="13"/>
        </w:numPr>
        <w:tabs>
          <w:tab w:val="left" w:pos="284"/>
        </w:tabs>
        <w:spacing w:after="0"/>
        <w:ind w:left="0" w:firstLine="0"/>
        <w:rPr>
          <w:rFonts w:cs="Times New Roman"/>
          <w:szCs w:val="28"/>
          <w:lang w:val="ru-RU"/>
        </w:rPr>
      </w:pPr>
      <w:r w:rsidRPr="004B1497">
        <w:rPr>
          <w:rFonts w:cs="Times New Roman"/>
          <w:szCs w:val="28"/>
          <w:lang w:val="ru-RU"/>
        </w:rPr>
        <w:t>подати на погодження</w:t>
      </w:r>
      <w:r w:rsidR="007618BB">
        <w:rPr>
          <w:rFonts w:cs="Times New Roman"/>
          <w:szCs w:val="28"/>
          <w:lang w:val="ru-RU"/>
        </w:rPr>
        <w:t xml:space="preserve"> </w:t>
      </w:r>
      <w:r w:rsidRPr="004B1497">
        <w:rPr>
          <w:rFonts w:cs="Times New Roman"/>
          <w:szCs w:val="28"/>
          <w:lang w:val="ru-RU"/>
        </w:rPr>
        <w:t>плани</w:t>
      </w:r>
      <w:r w:rsidR="007618BB">
        <w:rPr>
          <w:rFonts w:cs="Times New Roman"/>
          <w:szCs w:val="28"/>
          <w:lang w:val="ru-RU"/>
        </w:rPr>
        <w:t xml:space="preserve"> </w:t>
      </w:r>
      <w:r w:rsidRPr="004B1497">
        <w:rPr>
          <w:rFonts w:cs="Times New Roman"/>
          <w:szCs w:val="28"/>
          <w:lang w:val="ru-RU"/>
        </w:rPr>
        <w:t>роботи на 2026/2027 навчальний</w:t>
      </w:r>
      <w:r w:rsidR="007618BB">
        <w:rPr>
          <w:rFonts w:cs="Times New Roman"/>
          <w:szCs w:val="28"/>
          <w:lang w:val="ru-RU"/>
        </w:rPr>
        <w:t xml:space="preserve"> </w:t>
      </w:r>
      <w:r w:rsidRPr="004B1497">
        <w:rPr>
          <w:rFonts w:cs="Times New Roman"/>
          <w:szCs w:val="28"/>
          <w:lang w:val="ru-RU"/>
        </w:rPr>
        <w:t xml:space="preserve">рік; </w:t>
      </w:r>
    </w:p>
    <w:p w:rsidR="006F0758" w:rsidRPr="004B1497" w:rsidRDefault="006F0758" w:rsidP="004B1497">
      <w:pPr>
        <w:pStyle w:val="ae"/>
        <w:tabs>
          <w:tab w:val="left" w:pos="284"/>
        </w:tabs>
        <w:spacing w:after="0"/>
        <w:ind w:left="0"/>
        <w:jc w:val="right"/>
        <w:rPr>
          <w:rFonts w:cs="Times New Roman"/>
          <w:szCs w:val="28"/>
          <w:lang w:val="ru-RU"/>
        </w:rPr>
      </w:pPr>
      <w:r w:rsidRPr="004B1497">
        <w:rPr>
          <w:rFonts w:cs="Times New Roman"/>
          <w:szCs w:val="28"/>
          <w:lang w:val="ru-RU"/>
        </w:rPr>
        <w:t>до 10.09.2026</w:t>
      </w:r>
    </w:p>
    <w:p w:rsidR="006F0758" w:rsidRPr="004B1497" w:rsidRDefault="004B1497" w:rsidP="004B1497">
      <w:pPr>
        <w:pStyle w:val="ae"/>
        <w:numPr>
          <w:ilvl w:val="1"/>
          <w:numId w:val="13"/>
        </w:numPr>
        <w:tabs>
          <w:tab w:val="left" w:pos="284"/>
        </w:tabs>
        <w:spacing w:after="0"/>
        <w:ind w:left="0" w:firstLine="0"/>
        <w:rPr>
          <w:rFonts w:cs="Times New Roman"/>
          <w:szCs w:val="28"/>
          <w:lang w:val="ru-RU"/>
        </w:rPr>
      </w:pPr>
      <w:r w:rsidRPr="004B1497">
        <w:rPr>
          <w:rFonts w:cs="Times New Roman"/>
          <w:szCs w:val="28"/>
          <w:lang w:val="ru-RU"/>
        </w:rPr>
        <w:t>забезпечити</w:t>
      </w:r>
      <w:r w:rsidR="007618BB">
        <w:rPr>
          <w:rFonts w:cs="Times New Roman"/>
          <w:szCs w:val="28"/>
          <w:lang w:val="ru-RU"/>
        </w:rPr>
        <w:t xml:space="preserve"> </w:t>
      </w:r>
      <w:r w:rsidRPr="004B1497">
        <w:rPr>
          <w:rFonts w:cs="Times New Roman"/>
          <w:szCs w:val="28"/>
          <w:lang w:val="ru-RU"/>
        </w:rPr>
        <w:t>аналітичну</w:t>
      </w:r>
      <w:r w:rsidR="007618BB">
        <w:rPr>
          <w:rFonts w:cs="Times New Roman"/>
          <w:szCs w:val="28"/>
          <w:lang w:val="ru-RU"/>
        </w:rPr>
        <w:t xml:space="preserve"> </w:t>
      </w:r>
      <w:r w:rsidRPr="004B1497">
        <w:rPr>
          <w:rFonts w:cs="Times New Roman"/>
          <w:szCs w:val="28"/>
          <w:lang w:val="ru-RU"/>
        </w:rPr>
        <w:t>спрямованість</w:t>
      </w:r>
      <w:r w:rsidR="007618BB">
        <w:rPr>
          <w:rFonts w:cs="Times New Roman"/>
          <w:szCs w:val="28"/>
          <w:lang w:val="ru-RU"/>
        </w:rPr>
        <w:t xml:space="preserve"> </w:t>
      </w:r>
      <w:r w:rsidRPr="004B1497">
        <w:rPr>
          <w:rFonts w:cs="Times New Roman"/>
          <w:szCs w:val="28"/>
          <w:lang w:val="ru-RU"/>
        </w:rPr>
        <w:t xml:space="preserve">засідань, </w:t>
      </w:r>
      <w:r w:rsidR="007618BB">
        <w:rPr>
          <w:rFonts w:cs="Times New Roman"/>
          <w:szCs w:val="28"/>
          <w:lang w:val="ru-RU"/>
        </w:rPr>
        <w:t xml:space="preserve">практичнее </w:t>
      </w:r>
      <w:r w:rsidRPr="004B1497">
        <w:rPr>
          <w:rFonts w:cs="Times New Roman"/>
          <w:szCs w:val="28"/>
          <w:lang w:val="ru-RU"/>
        </w:rPr>
        <w:t>опрацювання</w:t>
      </w:r>
      <w:r w:rsidR="007618BB">
        <w:rPr>
          <w:rFonts w:cs="Times New Roman"/>
          <w:szCs w:val="28"/>
          <w:lang w:val="ru-RU"/>
        </w:rPr>
        <w:t xml:space="preserve"> </w:t>
      </w:r>
      <w:r w:rsidRPr="004B1497">
        <w:rPr>
          <w:rFonts w:cs="Times New Roman"/>
          <w:szCs w:val="28"/>
          <w:lang w:val="ru-RU"/>
        </w:rPr>
        <w:t>актуальних</w:t>
      </w:r>
      <w:r w:rsidR="007618BB">
        <w:rPr>
          <w:rFonts w:cs="Times New Roman"/>
          <w:szCs w:val="28"/>
          <w:lang w:val="ru-RU"/>
        </w:rPr>
        <w:t xml:space="preserve"> </w:t>
      </w:r>
      <w:r w:rsidRPr="004B1497">
        <w:rPr>
          <w:rFonts w:cs="Times New Roman"/>
          <w:szCs w:val="28"/>
          <w:lang w:val="ru-RU"/>
        </w:rPr>
        <w:t>методичних проблем і виконання</w:t>
      </w:r>
      <w:r w:rsidR="007618BB">
        <w:rPr>
          <w:rFonts w:cs="Times New Roman"/>
          <w:szCs w:val="28"/>
          <w:lang w:val="ru-RU"/>
        </w:rPr>
        <w:t xml:space="preserve"> </w:t>
      </w:r>
      <w:r w:rsidRPr="004B1497">
        <w:rPr>
          <w:rFonts w:cs="Times New Roman"/>
          <w:szCs w:val="28"/>
          <w:lang w:val="ru-RU"/>
        </w:rPr>
        <w:t>рішень</w:t>
      </w:r>
      <w:r w:rsidR="007618BB">
        <w:rPr>
          <w:rFonts w:cs="Times New Roman"/>
          <w:szCs w:val="28"/>
          <w:lang w:val="ru-RU"/>
        </w:rPr>
        <w:t xml:space="preserve"> </w:t>
      </w:r>
      <w:r w:rsidRPr="004B1497">
        <w:rPr>
          <w:rFonts w:cs="Times New Roman"/>
          <w:szCs w:val="28"/>
          <w:lang w:val="ru-RU"/>
        </w:rPr>
        <w:t>методичної ради;</w:t>
      </w:r>
    </w:p>
    <w:p w:rsidR="006F0758" w:rsidRPr="004B1497" w:rsidRDefault="004B1497" w:rsidP="004B1497">
      <w:pPr>
        <w:pStyle w:val="ae"/>
        <w:numPr>
          <w:ilvl w:val="1"/>
          <w:numId w:val="13"/>
        </w:numPr>
        <w:tabs>
          <w:tab w:val="left" w:pos="284"/>
        </w:tabs>
        <w:spacing w:after="0"/>
        <w:ind w:left="0" w:firstLine="0"/>
        <w:rPr>
          <w:rFonts w:cs="Times New Roman"/>
          <w:szCs w:val="28"/>
          <w:lang w:val="ru-RU"/>
        </w:rPr>
      </w:pPr>
      <w:r w:rsidRPr="004B1497">
        <w:rPr>
          <w:rFonts w:cs="Times New Roman"/>
          <w:szCs w:val="28"/>
          <w:lang w:val="ru-RU"/>
        </w:rPr>
        <w:t xml:space="preserve"> систематично аналізувати</w:t>
      </w:r>
      <w:r w:rsidR="007618BB">
        <w:rPr>
          <w:rFonts w:cs="Times New Roman"/>
          <w:szCs w:val="28"/>
          <w:lang w:val="ru-RU"/>
        </w:rPr>
        <w:t xml:space="preserve"> </w:t>
      </w:r>
      <w:r w:rsidRPr="004B1497">
        <w:rPr>
          <w:rFonts w:cs="Times New Roman"/>
          <w:szCs w:val="28"/>
          <w:lang w:val="ru-RU"/>
        </w:rPr>
        <w:t>результати</w:t>
      </w:r>
      <w:r w:rsidR="007618BB">
        <w:rPr>
          <w:rFonts w:cs="Times New Roman"/>
          <w:szCs w:val="28"/>
          <w:lang w:val="ru-RU"/>
        </w:rPr>
        <w:t xml:space="preserve"> </w:t>
      </w:r>
      <w:r w:rsidRPr="004B1497">
        <w:rPr>
          <w:rFonts w:cs="Times New Roman"/>
          <w:szCs w:val="28"/>
          <w:lang w:val="ru-RU"/>
        </w:rPr>
        <w:t>навчання</w:t>
      </w:r>
      <w:r w:rsidR="007618BB">
        <w:rPr>
          <w:rFonts w:cs="Times New Roman"/>
          <w:szCs w:val="28"/>
          <w:lang w:val="ru-RU"/>
        </w:rPr>
        <w:t xml:space="preserve"> </w:t>
      </w:r>
      <w:r w:rsidRPr="004B1497">
        <w:rPr>
          <w:rFonts w:cs="Times New Roman"/>
          <w:szCs w:val="28"/>
          <w:lang w:val="ru-RU"/>
        </w:rPr>
        <w:t>здобувачів</w:t>
      </w:r>
      <w:r w:rsidR="007618BB">
        <w:rPr>
          <w:rFonts w:cs="Times New Roman"/>
          <w:szCs w:val="28"/>
          <w:lang w:val="ru-RU"/>
        </w:rPr>
        <w:t xml:space="preserve"> </w:t>
      </w:r>
      <w:r w:rsidRPr="004B1497">
        <w:rPr>
          <w:rFonts w:cs="Times New Roman"/>
          <w:szCs w:val="28"/>
          <w:lang w:val="ru-RU"/>
        </w:rPr>
        <w:t>освіти, визначати</w:t>
      </w:r>
      <w:r w:rsidR="007618BB">
        <w:rPr>
          <w:rFonts w:cs="Times New Roman"/>
          <w:szCs w:val="28"/>
          <w:lang w:val="ru-RU"/>
        </w:rPr>
        <w:t xml:space="preserve"> </w:t>
      </w:r>
      <w:r w:rsidRPr="004B1497">
        <w:rPr>
          <w:rFonts w:cs="Times New Roman"/>
          <w:szCs w:val="28"/>
          <w:lang w:val="ru-RU"/>
        </w:rPr>
        <w:t>освітні</w:t>
      </w:r>
      <w:r w:rsidR="007618BB">
        <w:rPr>
          <w:rFonts w:cs="Times New Roman"/>
          <w:szCs w:val="28"/>
          <w:lang w:val="ru-RU"/>
        </w:rPr>
        <w:t xml:space="preserve"> </w:t>
      </w:r>
      <w:r w:rsidRPr="004B1497">
        <w:rPr>
          <w:rFonts w:cs="Times New Roman"/>
          <w:szCs w:val="28"/>
          <w:lang w:val="ru-RU"/>
        </w:rPr>
        <w:t>втрати та планувати</w:t>
      </w:r>
      <w:r w:rsidR="007618BB">
        <w:rPr>
          <w:rFonts w:cs="Times New Roman"/>
          <w:szCs w:val="28"/>
          <w:lang w:val="ru-RU"/>
        </w:rPr>
        <w:t xml:space="preserve"> </w:t>
      </w:r>
      <w:r w:rsidRPr="004B1497">
        <w:rPr>
          <w:rFonts w:cs="Times New Roman"/>
          <w:szCs w:val="28"/>
          <w:lang w:val="ru-RU"/>
        </w:rPr>
        <w:t>коригувальні заходи;</w:t>
      </w:r>
    </w:p>
    <w:p w:rsidR="006049B9" w:rsidRPr="004B1497" w:rsidRDefault="00833E14" w:rsidP="004B1497">
      <w:pPr>
        <w:pStyle w:val="ae"/>
        <w:numPr>
          <w:ilvl w:val="1"/>
          <w:numId w:val="13"/>
        </w:numPr>
        <w:tabs>
          <w:tab w:val="left" w:pos="284"/>
        </w:tabs>
        <w:spacing w:after="0"/>
        <w:ind w:left="0" w:firstLine="0"/>
        <w:rPr>
          <w:rFonts w:cs="Times New Roman"/>
          <w:szCs w:val="28"/>
          <w:lang w:val="ru-RU"/>
        </w:rPr>
      </w:pPr>
      <w:r w:rsidRPr="004B1497">
        <w:rPr>
          <w:rFonts w:cs="Times New Roman"/>
          <w:szCs w:val="28"/>
          <w:lang w:val="ru-RU"/>
        </w:rPr>
        <w:t>О</w:t>
      </w:r>
      <w:r w:rsidR="004B1497" w:rsidRPr="004B1497">
        <w:rPr>
          <w:rFonts w:cs="Times New Roman"/>
          <w:szCs w:val="28"/>
          <w:lang w:val="ru-RU"/>
        </w:rPr>
        <w:t>рганізувати</w:t>
      </w:r>
      <w:r w:rsidR="007618BB">
        <w:rPr>
          <w:rFonts w:cs="Times New Roman"/>
          <w:szCs w:val="28"/>
          <w:lang w:val="ru-RU"/>
        </w:rPr>
        <w:t xml:space="preserve"> </w:t>
      </w:r>
      <w:r w:rsidR="004B1497" w:rsidRPr="004B1497">
        <w:rPr>
          <w:rFonts w:cs="Times New Roman"/>
          <w:szCs w:val="28"/>
          <w:lang w:val="ru-RU"/>
        </w:rPr>
        <w:t>взаємовідвідування занять, майстер-класи, творчі</w:t>
      </w:r>
      <w:r w:rsidR="007618BB">
        <w:rPr>
          <w:rFonts w:cs="Times New Roman"/>
          <w:szCs w:val="28"/>
          <w:lang w:val="ru-RU"/>
        </w:rPr>
        <w:t xml:space="preserve"> </w:t>
      </w:r>
      <w:r w:rsidR="004B1497" w:rsidRPr="004B1497">
        <w:rPr>
          <w:rFonts w:cs="Times New Roman"/>
          <w:szCs w:val="28"/>
          <w:lang w:val="ru-RU"/>
        </w:rPr>
        <w:t>звіти, обмін</w:t>
      </w:r>
      <w:r w:rsidR="007618BB">
        <w:rPr>
          <w:rFonts w:cs="Times New Roman"/>
          <w:szCs w:val="28"/>
          <w:lang w:val="ru-RU"/>
        </w:rPr>
        <w:t xml:space="preserve"> </w:t>
      </w:r>
      <w:r w:rsidR="004B1497" w:rsidRPr="004B1497">
        <w:rPr>
          <w:rFonts w:cs="Times New Roman"/>
          <w:szCs w:val="28"/>
          <w:lang w:val="ru-RU"/>
        </w:rPr>
        <w:t>досвідом і наставницьку</w:t>
      </w:r>
      <w:r w:rsidR="007618BB">
        <w:rPr>
          <w:rFonts w:cs="Times New Roman"/>
          <w:szCs w:val="28"/>
          <w:lang w:val="ru-RU"/>
        </w:rPr>
        <w:t xml:space="preserve"> </w:t>
      </w:r>
      <w:r w:rsidR="004B1497" w:rsidRPr="004B1497">
        <w:rPr>
          <w:rFonts w:cs="Times New Roman"/>
          <w:szCs w:val="28"/>
          <w:lang w:val="ru-RU"/>
        </w:rPr>
        <w:t>підтримку</w:t>
      </w:r>
      <w:r w:rsidR="007618BB">
        <w:rPr>
          <w:rFonts w:cs="Times New Roman"/>
          <w:szCs w:val="28"/>
          <w:lang w:val="ru-RU"/>
        </w:rPr>
        <w:t xml:space="preserve"> </w:t>
      </w:r>
      <w:r w:rsidR="004B1497" w:rsidRPr="004B1497">
        <w:rPr>
          <w:rFonts w:cs="Times New Roman"/>
          <w:szCs w:val="28"/>
          <w:lang w:val="ru-RU"/>
        </w:rPr>
        <w:t>молодих та новопризначених</w:t>
      </w:r>
      <w:r w:rsidR="007618BB">
        <w:rPr>
          <w:rFonts w:cs="Times New Roman"/>
          <w:szCs w:val="28"/>
          <w:lang w:val="ru-RU"/>
        </w:rPr>
        <w:t xml:space="preserve"> </w:t>
      </w:r>
      <w:r w:rsidR="004B1497" w:rsidRPr="004B1497">
        <w:rPr>
          <w:rFonts w:cs="Times New Roman"/>
          <w:szCs w:val="28"/>
          <w:lang w:val="ru-RU"/>
        </w:rPr>
        <w:t>педагогів;</w:t>
      </w:r>
    </w:p>
    <w:p w:rsidR="001308BA" w:rsidRPr="001308BA" w:rsidRDefault="001308BA" w:rsidP="001308BA">
      <w:pPr>
        <w:pStyle w:val="ae"/>
        <w:tabs>
          <w:tab w:val="left" w:pos="284"/>
        </w:tabs>
        <w:spacing w:after="0"/>
        <w:ind w:left="0"/>
        <w:rPr>
          <w:rFonts w:cs="Times New Roman"/>
          <w:szCs w:val="28"/>
          <w:lang w:val="ru-RU"/>
        </w:rPr>
      </w:pPr>
    </w:p>
    <w:p w:rsidR="001308BA" w:rsidRPr="001308BA" w:rsidRDefault="001308BA" w:rsidP="001308BA">
      <w:pPr>
        <w:pStyle w:val="ae"/>
        <w:tabs>
          <w:tab w:val="left" w:pos="284"/>
        </w:tabs>
        <w:spacing w:after="0"/>
        <w:ind w:left="0"/>
        <w:rPr>
          <w:rFonts w:cs="Times New Roman"/>
          <w:szCs w:val="28"/>
          <w:lang w:val="ru-RU"/>
        </w:rPr>
      </w:pPr>
    </w:p>
    <w:p w:rsidR="001308BA" w:rsidRPr="001308BA" w:rsidRDefault="001308BA" w:rsidP="001308BA">
      <w:pPr>
        <w:tabs>
          <w:tab w:val="left" w:pos="284"/>
        </w:tabs>
        <w:spacing w:after="0"/>
        <w:ind w:left="495"/>
        <w:rPr>
          <w:rFonts w:cs="Times New Roman"/>
          <w:szCs w:val="28"/>
          <w:lang w:val="ru-RU"/>
        </w:rPr>
      </w:pPr>
    </w:p>
    <w:p w:rsidR="006049B9" w:rsidRPr="004B1497" w:rsidRDefault="006049B9" w:rsidP="004B1497">
      <w:pPr>
        <w:pStyle w:val="ae"/>
        <w:numPr>
          <w:ilvl w:val="1"/>
          <w:numId w:val="13"/>
        </w:numPr>
        <w:tabs>
          <w:tab w:val="left" w:pos="284"/>
        </w:tabs>
        <w:spacing w:after="0"/>
        <w:ind w:left="0" w:firstLine="0"/>
        <w:rPr>
          <w:rFonts w:cs="Times New Roman"/>
          <w:szCs w:val="28"/>
          <w:lang w:val="ru-RU"/>
        </w:rPr>
      </w:pPr>
      <w:r w:rsidRPr="004B1497">
        <w:rPr>
          <w:rFonts w:cs="Times New Roman"/>
          <w:b/>
          <w:color w:val="000000"/>
          <w:szCs w:val="28"/>
          <w:lang w:val="ru-RU"/>
        </w:rPr>
        <w:t>Забезпечити:</w:t>
      </w:r>
    </w:p>
    <w:p w:rsidR="006049B9" w:rsidRPr="004B1497" w:rsidRDefault="006049B9" w:rsidP="004B1497">
      <w:pPr>
        <w:pStyle w:val="ae"/>
        <w:widowControl w:val="0"/>
        <w:numPr>
          <w:ilvl w:val="2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5" w:after="0"/>
        <w:ind w:left="0" w:right="24" w:firstLine="0"/>
        <w:rPr>
          <w:rFonts w:cs="Times New Roman"/>
          <w:color w:val="000000"/>
          <w:szCs w:val="28"/>
          <w:lang w:val="ru-RU"/>
        </w:rPr>
      </w:pPr>
      <w:r w:rsidRPr="004B1497">
        <w:rPr>
          <w:rFonts w:cs="Times New Roman"/>
          <w:color w:val="000000"/>
          <w:szCs w:val="28"/>
          <w:lang w:val="ru-RU"/>
        </w:rPr>
        <w:t>участь педагогів у методичних</w:t>
      </w:r>
      <w:r w:rsidR="007618BB">
        <w:rPr>
          <w:rFonts w:cs="Times New Roman"/>
          <w:color w:val="000000"/>
          <w:szCs w:val="28"/>
          <w:lang w:val="ru-RU"/>
        </w:rPr>
        <w:t xml:space="preserve"> </w:t>
      </w:r>
      <w:r w:rsidR="000D3CF9">
        <w:rPr>
          <w:rFonts w:cs="Times New Roman"/>
          <w:color w:val="000000"/>
          <w:szCs w:val="28"/>
          <w:lang w:val="ru-RU"/>
        </w:rPr>
        <w:t xml:space="preserve">заходах </w:t>
      </w:r>
      <w:r w:rsidRPr="004B1497">
        <w:rPr>
          <w:rFonts w:cs="Times New Roman"/>
          <w:color w:val="000000"/>
          <w:szCs w:val="28"/>
          <w:lang w:val="ru-RU"/>
        </w:rPr>
        <w:t>;</w:t>
      </w:r>
    </w:p>
    <w:p w:rsidR="006049B9" w:rsidRPr="004B1497" w:rsidRDefault="006049B9" w:rsidP="004B1497">
      <w:pPr>
        <w:pStyle w:val="ae"/>
        <w:widowControl w:val="0"/>
        <w:numPr>
          <w:ilvl w:val="2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5" w:after="0"/>
        <w:ind w:left="0" w:right="24" w:firstLine="0"/>
        <w:rPr>
          <w:rFonts w:cs="Times New Roman"/>
          <w:color w:val="000000"/>
          <w:szCs w:val="28"/>
          <w:lang w:val="ru-RU"/>
        </w:rPr>
      </w:pPr>
      <w:r w:rsidRPr="004B1497">
        <w:rPr>
          <w:rFonts w:cs="Times New Roman"/>
          <w:color w:val="000000"/>
          <w:szCs w:val="28"/>
          <w:lang w:val="ru-RU"/>
        </w:rPr>
        <w:t>наставництво</w:t>
      </w:r>
      <w:r w:rsidR="007618BB">
        <w:rPr>
          <w:rFonts w:cs="Times New Roman"/>
          <w:color w:val="000000"/>
          <w:szCs w:val="28"/>
          <w:lang w:val="ru-RU"/>
        </w:rPr>
        <w:t xml:space="preserve"> </w:t>
      </w:r>
      <w:r w:rsidRPr="004B1497">
        <w:rPr>
          <w:rFonts w:cs="Times New Roman"/>
          <w:color w:val="000000"/>
          <w:szCs w:val="28"/>
          <w:lang w:val="ru-RU"/>
        </w:rPr>
        <w:t>молодих</w:t>
      </w:r>
      <w:r w:rsidR="007618BB">
        <w:rPr>
          <w:rFonts w:cs="Times New Roman"/>
          <w:color w:val="000000"/>
          <w:szCs w:val="28"/>
          <w:lang w:val="ru-RU"/>
        </w:rPr>
        <w:t xml:space="preserve"> </w:t>
      </w:r>
      <w:r w:rsidRPr="004B1497">
        <w:rPr>
          <w:rFonts w:cs="Times New Roman"/>
          <w:color w:val="000000"/>
          <w:szCs w:val="28"/>
          <w:lang w:val="ru-RU"/>
        </w:rPr>
        <w:t>вчителів</w:t>
      </w:r>
    </w:p>
    <w:p w:rsidR="006049B9" w:rsidRPr="004B1497" w:rsidRDefault="006049B9" w:rsidP="004B1497">
      <w:pPr>
        <w:pStyle w:val="ae"/>
        <w:widowControl w:val="0"/>
        <w:numPr>
          <w:ilvl w:val="2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5" w:after="0"/>
        <w:ind w:left="0" w:right="24" w:firstLine="0"/>
        <w:rPr>
          <w:rFonts w:cs="Times New Roman"/>
          <w:color w:val="000000"/>
          <w:szCs w:val="28"/>
          <w:lang w:val="ru-RU"/>
        </w:rPr>
      </w:pPr>
      <w:r w:rsidRPr="004B1497">
        <w:rPr>
          <w:rFonts w:cs="Times New Roman"/>
          <w:color w:val="000000"/>
          <w:szCs w:val="28"/>
          <w:lang w:val="ru-RU"/>
        </w:rPr>
        <w:t>методичний</w:t>
      </w:r>
      <w:r w:rsidR="007618BB">
        <w:rPr>
          <w:rFonts w:cs="Times New Roman"/>
          <w:color w:val="000000"/>
          <w:szCs w:val="28"/>
          <w:lang w:val="ru-RU"/>
        </w:rPr>
        <w:t xml:space="preserve"> </w:t>
      </w:r>
      <w:r w:rsidRPr="004B1497">
        <w:rPr>
          <w:rFonts w:cs="Times New Roman"/>
          <w:color w:val="000000"/>
          <w:szCs w:val="28"/>
          <w:lang w:val="ru-RU"/>
        </w:rPr>
        <w:t>супровід</w:t>
      </w:r>
      <w:r w:rsidR="007618BB">
        <w:rPr>
          <w:rFonts w:cs="Times New Roman"/>
          <w:color w:val="000000"/>
          <w:szCs w:val="28"/>
          <w:lang w:val="ru-RU"/>
        </w:rPr>
        <w:t xml:space="preserve"> </w:t>
      </w:r>
      <w:r w:rsidRPr="004B1497">
        <w:rPr>
          <w:rFonts w:cs="Times New Roman"/>
          <w:color w:val="000000"/>
          <w:szCs w:val="28"/>
          <w:lang w:val="ru-RU"/>
        </w:rPr>
        <w:t>проведення</w:t>
      </w:r>
      <w:r w:rsidR="007618BB">
        <w:rPr>
          <w:rFonts w:cs="Times New Roman"/>
          <w:color w:val="000000"/>
          <w:szCs w:val="28"/>
          <w:lang w:val="ru-RU"/>
        </w:rPr>
        <w:t xml:space="preserve"> </w:t>
      </w:r>
      <w:r w:rsidRPr="004B1497">
        <w:rPr>
          <w:rFonts w:cs="Times New Roman"/>
          <w:color w:val="000000"/>
          <w:szCs w:val="28"/>
          <w:lang w:val="ru-RU"/>
        </w:rPr>
        <w:t>предметних</w:t>
      </w:r>
      <w:r w:rsidR="007618BB">
        <w:rPr>
          <w:rFonts w:cs="Times New Roman"/>
          <w:color w:val="000000"/>
          <w:szCs w:val="28"/>
          <w:lang w:val="ru-RU"/>
        </w:rPr>
        <w:t xml:space="preserve"> </w:t>
      </w:r>
      <w:r w:rsidRPr="004B1497">
        <w:rPr>
          <w:rFonts w:cs="Times New Roman"/>
          <w:color w:val="000000"/>
          <w:szCs w:val="28"/>
          <w:lang w:val="ru-RU"/>
        </w:rPr>
        <w:t xml:space="preserve">тижнів: </w:t>
      </w:r>
    </w:p>
    <w:p w:rsidR="006049B9" w:rsidRPr="004B1497" w:rsidRDefault="006049B9" w:rsidP="004B1497">
      <w:pPr>
        <w:pStyle w:val="ae"/>
        <w:widowControl w:val="0"/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6" w:after="0"/>
        <w:ind w:left="0" w:firstLine="0"/>
        <w:rPr>
          <w:rFonts w:cs="Times New Roman"/>
          <w:color w:val="000000"/>
          <w:szCs w:val="28"/>
          <w:lang w:val="ru-RU"/>
        </w:rPr>
      </w:pPr>
      <w:r w:rsidRPr="004B1497">
        <w:rPr>
          <w:rFonts w:cs="Times New Roman"/>
          <w:color w:val="000000"/>
          <w:szCs w:val="28"/>
          <w:lang w:val="ru-RU"/>
        </w:rPr>
        <w:t>вересень – фізичної</w:t>
      </w:r>
      <w:r w:rsidR="007618BB">
        <w:rPr>
          <w:rFonts w:cs="Times New Roman"/>
          <w:color w:val="000000"/>
          <w:szCs w:val="28"/>
          <w:lang w:val="ru-RU"/>
        </w:rPr>
        <w:t xml:space="preserve"> </w:t>
      </w:r>
      <w:r w:rsidRPr="004B1497">
        <w:rPr>
          <w:rFonts w:cs="Times New Roman"/>
          <w:color w:val="000000"/>
          <w:szCs w:val="28"/>
          <w:lang w:val="ru-RU"/>
        </w:rPr>
        <w:t xml:space="preserve">культури; </w:t>
      </w:r>
    </w:p>
    <w:p w:rsidR="006049B9" w:rsidRPr="004B1497" w:rsidRDefault="006049B9" w:rsidP="004B1497">
      <w:pPr>
        <w:pStyle w:val="ae"/>
        <w:widowControl w:val="0"/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44" w:after="0"/>
        <w:ind w:left="0" w:firstLine="0"/>
        <w:rPr>
          <w:rFonts w:cs="Times New Roman"/>
          <w:color w:val="000000"/>
          <w:szCs w:val="28"/>
          <w:lang w:val="ru-RU"/>
        </w:rPr>
      </w:pPr>
      <w:r w:rsidRPr="004B1497">
        <w:rPr>
          <w:rFonts w:cs="Times New Roman"/>
          <w:color w:val="000000"/>
          <w:szCs w:val="28"/>
          <w:lang w:val="ru-RU"/>
        </w:rPr>
        <w:t>жовтень – початкової</w:t>
      </w:r>
      <w:r w:rsidR="007618BB">
        <w:rPr>
          <w:rFonts w:cs="Times New Roman"/>
          <w:color w:val="000000"/>
          <w:szCs w:val="28"/>
          <w:lang w:val="ru-RU"/>
        </w:rPr>
        <w:t xml:space="preserve"> </w:t>
      </w:r>
      <w:r w:rsidR="00833E14">
        <w:rPr>
          <w:rFonts w:cs="Times New Roman"/>
          <w:color w:val="000000"/>
          <w:szCs w:val="28"/>
          <w:lang w:val="ru-RU"/>
        </w:rPr>
        <w:t>школи</w:t>
      </w:r>
      <w:r w:rsidRPr="004B1497">
        <w:rPr>
          <w:rFonts w:cs="Times New Roman"/>
          <w:color w:val="000000"/>
          <w:szCs w:val="28"/>
          <w:lang w:val="ru-RU"/>
        </w:rPr>
        <w:t>;</w:t>
      </w:r>
    </w:p>
    <w:p w:rsidR="006049B9" w:rsidRPr="004B1497" w:rsidRDefault="006049B9" w:rsidP="004B1497">
      <w:pPr>
        <w:pStyle w:val="ae"/>
        <w:widowControl w:val="0"/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44" w:after="0"/>
        <w:ind w:left="0" w:firstLine="0"/>
        <w:rPr>
          <w:rFonts w:cs="Times New Roman"/>
          <w:color w:val="000000"/>
          <w:szCs w:val="28"/>
          <w:lang w:val="ru-RU"/>
        </w:rPr>
      </w:pPr>
      <w:r w:rsidRPr="004B1497">
        <w:rPr>
          <w:rFonts w:cs="Times New Roman"/>
          <w:color w:val="000000"/>
          <w:szCs w:val="28"/>
          <w:lang w:val="ru-RU"/>
        </w:rPr>
        <w:t xml:space="preserve"> листопад – української</w:t>
      </w:r>
      <w:r w:rsidR="007618BB">
        <w:rPr>
          <w:rFonts w:cs="Times New Roman"/>
          <w:color w:val="000000"/>
          <w:szCs w:val="28"/>
          <w:lang w:val="ru-RU"/>
        </w:rPr>
        <w:t xml:space="preserve"> </w:t>
      </w:r>
      <w:r w:rsidRPr="004B1497">
        <w:rPr>
          <w:rFonts w:cs="Times New Roman"/>
          <w:color w:val="000000"/>
          <w:szCs w:val="28"/>
          <w:lang w:val="ru-RU"/>
        </w:rPr>
        <w:t>мови і літератури та зарубіжної</w:t>
      </w:r>
      <w:r w:rsidR="007618BB">
        <w:rPr>
          <w:rFonts w:cs="Times New Roman"/>
          <w:color w:val="000000"/>
          <w:szCs w:val="28"/>
          <w:lang w:val="ru-RU"/>
        </w:rPr>
        <w:t xml:space="preserve"> </w:t>
      </w:r>
      <w:r w:rsidRPr="004B1497">
        <w:rPr>
          <w:rFonts w:cs="Times New Roman"/>
          <w:color w:val="000000"/>
          <w:szCs w:val="28"/>
          <w:lang w:val="ru-RU"/>
        </w:rPr>
        <w:t xml:space="preserve">літератури; фізики; інформатики; </w:t>
      </w:r>
    </w:p>
    <w:p w:rsidR="006049B9" w:rsidRPr="004B1497" w:rsidRDefault="006049B9" w:rsidP="004B1497">
      <w:pPr>
        <w:pStyle w:val="ae"/>
        <w:widowControl w:val="0"/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44" w:after="0"/>
        <w:ind w:left="0" w:firstLine="0"/>
        <w:rPr>
          <w:rFonts w:cs="Times New Roman"/>
          <w:color w:val="000000"/>
          <w:szCs w:val="28"/>
          <w:lang w:val="ru-RU"/>
        </w:rPr>
      </w:pPr>
      <w:r w:rsidRPr="004B1497">
        <w:rPr>
          <w:rFonts w:cs="Times New Roman"/>
          <w:color w:val="000000"/>
          <w:szCs w:val="28"/>
          <w:lang w:val="ru-RU"/>
        </w:rPr>
        <w:t>грудень – права(правознавства);</w:t>
      </w:r>
    </w:p>
    <w:p w:rsidR="006049B9" w:rsidRPr="004B1497" w:rsidRDefault="006049B9" w:rsidP="004B1497">
      <w:pPr>
        <w:pStyle w:val="ae"/>
        <w:widowControl w:val="0"/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/>
        <w:ind w:left="0" w:firstLine="0"/>
        <w:rPr>
          <w:rFonts w:cs="Times New Roman"/>
          <w:color w:val="000000"/>
          <w:szCs w:val="28"/>
          <w:lang w:val="ru-RU"/>
        </w:rPr>
      </w:pPr>
      <w:r w:rsidRPr="004B1497">
        <w:rPr>
          <w:rFonts w:cs="Times New Roman"/>
          <w:color w:val="000000"/>
          <w:szCs w:val="28"/>
          <w:lang w:val="ru-RU"/>
        </w:rPr>
        <w:t>лютий – предметів</w:t>
      </w:r>
      <w:r w:rsidR="007618BB">
        <w:rPr>
          <w:rFonts w:cs="Times New Roman"/>
          <w:color w:val="000000"/>
          <w:szCs w:val="28"/>
          <w:lang w:val="ru-RU"/>
        </w:rPr>
        <w:t xml:space="preserve"> </w:t>
      </w:r>
      <w:r w:rsidRPr="004B1497">
        <w:rPr>
          <w:rFonts w:cs="Times New Roman"/>
          <w:color w:val="000000"/>
          <w:szCs w:val="28"/>
          <w:lang w:val="ru-RU"/>
        </w:rPr>
        <w:t xml:space="preserve">естетичного циклу; </w:t>
      </w:r>
    </w:p>
    <w:p w:rsidR="006049B9" w:rsidRPr="004B1497" w:rsidRDefault="006049B9" w:rsidP="004B1497">
      <w:pPr>
        <w:pStyle w:val="ae"/>
        <w:widowControl w:val="0"/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44" w:after="0"/>
        <w:ind w:left="0" w:firstLine="0"/>
        <w:rPr>
          <w:rFonts w:cs="Times New Roman"/>
          <w:color w:val="000000"/>
          <w:szCs w:val="28"/>
          <w:lang w:val="ru-RU"/>
        </w:rPr>
      </w:pPr>
      <w:r w:rsidRPr="004B1497">
        <w:rPr>
          <w:rFonts w:cs="Times New Roman"/>
          <w:color w:val="000000"/>
          <w:szCs w:val="28"/>
          <w:lang w:val="ru-RU"/>
        </w:rPr>
        <w:t xml:space="preserve">березень – історії; математики; молодого педагога; </w:t>
      </w:r>
    </w:p>
    <w:p w:rsidR="006049B9" w:rsidRPr="004B1497" w:rsidRDefault="006049B9" w:rsidP="004B1497">
      <w:pPr>
        <w:pStyle w:val="ae"/>
        <w:widowControl w:val="0"/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44" w:after="0"/>
        <w:ind w:left="0" w:right="26" w:firstLine="0"/>
        <w:rPr>
          <w:rFonts w:cs="Times New Roman"/>
          <w:color w:val="000000"/>
          <w:szCs w:val="28"/>
          <w:lang w:val="ru-RU"/>
        </w:rPr>
      </w:pPr>
      <w:r w:rsidRPr="004B1497">
        <w:rPr>
          <w:rFonts w:cs="Times New Roman"/>
          <w:color w:val="000000"/>
          <w:szCs w:val="28"/>
          <w:lang w:val="ru-RU"/>
        </w:rPr>
        <w:t>квітень –християнської</w:t>
      </w:r>
      <w:r w:rsidR="007618BB">
        <w:rPr>
          <w:rFonts w:cs="Times New Roman"/>
          <w:color w:val="000000"/>
          <w:szCs w:val="28"/>
          <w:lang w:val="ru-RU"/>
        </w:rPr>
        <w:t xml:space="preserve"> </w:t>
      </w:r>
      <w:r w:rsidRPr="004B1497">
        <w:rPr>
          <w:rFonts w:cs="Times New Roman"/>
          <w:color w:val="000000"/>
          <w:szCs w:val="28"/>
          <w:lang w:val="ru-RU"/>
        </w:rPr>
        <w:t>етики; природничого</w:t>
      </w:r>
      <w:r w:rsidR="007618BB">
        <w:rPr>
          <w:rFonts w:cs="Times New Roman"/>
          <w:color w:val="000000"/>
          <w:szCs w:val="28"/>
          <w:lang w:val="ru-RU"/>
        </w:rPr>
        <w:t xml:space="preserve"> </w:t>
      </w:r>
      <w:r w:rsidRPr="004B1497">
        <w:rPr>
          <w:rFonts w:cs="Times New Roman"/>
          <w:color w:val="000000"/>
          <w:szCs w:val="28"/>
          <w:lang w:val="ru-RU"/>
        </w:rPr>
        <w:t>циклу;  іноземних</w:t>
      </w:r>
      <w:r w:rsidR="007618BB">
        <w:rPr>
          <w:rFonts w:cs="Times New Roman"/>
          <w:color w:val="000000"/>
          <w:szCs w:val="28"/>
          <w:lang w:val="ru-RU"/>
        </w:rPr>
        <w:t xml:space="preserve"> </w:t>
      </w:r>
      <w:r w:rsidRPr="004B1497">
        <w:rPr>
          <w:rFonts w:cs="Times New Roman"/>
          <w:color w:val="000000"/>
          <w:szCs w:val="28"/>
          <w:lang w:val="ru-RU"/>
        </w:rPr>
        <w:t xml:space="preserve">мов; </w:t>
      </w:r>
    </w:p>
    <w:p w:rsidR="006049B9" w:rsidRPr="004B1497" w:rsidRDefault="006049B9" w:rsidP="004B1497">
      <w:pPr>
        <w:pStyle w:val="ae"/>
        <w:widowControl w:val="0"/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44" w:after="0"/>
        <w:ind w:left="0" w:firstLine="0"/>
        <w:rPr>
          <w:rFonts w:cs="Times New Roman"/>
          <w:color w:val="000000"/>
          <w:szCs w:val="28"/>
          <w:lang w:val="ru-RU"/>
        </w:rPr>
      </w:pPr>
      <w:r w:rsidRPr="004B1497">
        <w:rPr>
          <w:rFonts w:cs="Times New Roman"/>
          <w:color w:val="000000"/>
          <w:szCs w:val="28"/>
          <w:lang w:val="ru-RU"/>
        </w:rPr>
        <w:t>травень – основи</w:t>
      </w:r>
      <w:r w:rsidR="007618BB">
        <w:rPr>
          <w:rFonts w:cs="Times New Roman"/>
          <w:color w:val="000000"/>
          <w:szCs w:val="28"/>
          <w:lang w:val="ru-RU"/>
        </w:rPr>
        <w:t xml:space="preserve"> </w:t>
      </w:r>
      <w:r w:rsidRPr="004B1497">
        <w:rPr>
          <w:rFonts w:cs="Times New Roman"/>
          <w:color w:val="000000"/>
          <w:szCs w:val="28"/>
          <w:lang w:val="ru-RU"/>
        </w:rPr>
        <w:t>здоров’я; звіт</w:t>
      </w:r>
      <w:r w:rsidR="007618BB">
        <w:rPr>
          <w:rFonts w:cs="Times New Roman"/>
          <w:color w:val="000000"/>
          <w:szCs w:val="28"/>
          <w:lang w:val="ru-RU"/>
        </w:rPr>
        <w:t xml:space="preserve"> </w:t>
      </w:r>
      <w:r w:rsidRPr="004B1497">
        <w:rPr>
          <w:rFonts w:cs="Times New Roman"/>
          <w:color w:val="000000"/>
          <w:szCs w:val="28"/>
          <w:lang w:val="ru-RU"/>
        </w:rPr>
        <w:t xml:space="preserve">асистентів. </w:t>
      </w:r>
    </w:p>
    <w:p w:rsidR="006F0758" w:rsidRPr="004B1497" w:rsidRDefault="004B1497" w:rsidP="004B1497">
      <w:pPr>
        <w:pStyle w:val="ae"/>
        <w:numPr>
          <w:ilvl w:val="1"/>
          <w:numId w:val="13"/>
        </w:numPr>
        <w:tabs>
          <w:tab w:val="left" w:pos="284"/>
        </w:tabs>
        <w:spacing w:after="0"/>
        <w:ind w:left="0" w:firstLine="0"/>
        <w:rPr>
          <w:rFonts w:cs="Times New Roman"/>
          <w:szCs w:val="28"/>
          <w:lang w:val="ru-RU"/>
        </w:rPr>
      </w:pPr>
      <w:r w:rsidRPr="004B1497">
        <w:rPr>
          <w:rFonts w:cs="Times New Roman"/>
          <w:szCs w:val="28"/>
          <w:lang w:val="ru-RU"/>
        </w:rPr>
        <w:t>подати аналітичні</w:t>
      </w:r>
      <w:r w:rsidR="007618BB">
        <w:rPr>
          <w:rFonts w:cs="Times New Roman"/>
          <w:szCs w:val="28"/>
          <w:lang w:val="ru-RU"/>
        </w:rPr>
        <w:t xml:space="preserve"> </w:t>
      </w:r>
      <w:r w:rsidRPr="004B1497">
        <w:rPr>
          <w:rFonts w:cs="Times New Roman"/>
          <w:szCs w:val="28"/>
          <w:lang w:val="ru-RU"/>
        </w:rPr>
        <w:t>звіти про результати</w:t>
      </w:r>
      <w:r w:rsidR="007618BB">
        <w:rPr>
          <w:rFonts w:cs="Times New Roman"/>
          <w:szCs w:val="28"/>
          <w:lang w:val="ru-RU"/>
        </w:rPr>
        <w:t xml:space="preserve"> </w:t>
      </w:r>
      <w:r w:rsidRPr="004B1497">
        <w:rPr>
          <w:rFonts w:cs="Times New Roman"/>
          <w:szCs w:val="28"/>
          <w:lang w:val="ru-RU"/>
        </w:rPr>
        <w:t>роботи</w:t>
      </w:r>
      <w:r w:rsidR="007618BB">
        <w:rPr>
          <w:rFonts w:cs="Times New Roman"/>
          <w:szCs w:val="28"/>
          <w:lang w:val="ru-RU"/>
        </w:rPr>
        <w:t xml:space="preserve"> </w:t>
      </w:r>
      <w:r w:rsidRPr="004B1497">
        <w:rPr>
          <w:rFonts w:cs="Times New Roman"/>
          <w:szCs w:val="28"/>
          <w:lang w:val="ru-RU"/>
        </w:rPr>
        <w:t>методичних</w:t>
      </w:r>
      <w:r w:rsidR="007618BB">
        <w:rPr>
          <w:rFonts w:cs="Times New Roman"/>
          <w:szCs w:val="28"/>
          <w:lang w:val="ru-RU"/>
        </w:rPr>
        <w:t xml:space="preserve"> </w:t>
      </w:r>
      <w:r w:rsidRPr="004B1497">
        <w:rPr>
          <w:rFonts w:cs="Times New Roman"/>
          <w:szCs w:val="28"/>
          <w:lang w:val="ru-RU"/>
        </w:rPr>
        <w:t>об’єднань</w:t>
      </w:r>
      <w:r w:rsidR="007618BB">
        <w:rPr>
          <w:rFonts w:cs="Times New Roman"/>
          <w:szCs w:val="28"/>
          <w:lang w:val="ru-RU"/>
        </w:rPr>
        <w:t xml:space="preserve"> </w:t>
      </w:r>
      <w:r w:rsidRPr="004B1497">
        <w:rPr>
          <w:rFonts w:cs="Times New Roman"/>
          <w:szCs w:val="28"/>
          <w:lang w:val="ru-RU"/>
        </w:rPr>
        <w:t>із</w:t>
      </w:r>
      <w:r w:rsidR="007618BB">
        <w:rPr>
          <w:rFonts w:cs="Times New Roman"/>
          <w:szCs w:val="28"/>
          <w:lang w:val="ru-RU"/>
        </w:rPr>
        <w:t xml:space="preserve"> </w:t>
      </w:r>
      <w:r w:rsidRPr="004B1497">
        <w:rPr>
          <w:rFonts w:cs="Times New Roman"/>
          <w:szCs w:val="28"/>
          <w:lang w:val="ru-RU"/>
        </w:rPr>
        <w:t>визначенням</w:t>
      </w:r>
      <w:r w:rsidR="007618BB">
        <w:rPr>
          <w:rFonts w:cs="Times New Roman"/>
          <w:szCs w:val="28"/>
          <w:lang w:val="ru-RU"/>
        </w:rPr>
        <w:t xml:space="preserve"> </w:t>
      </w:r>
      <w:r w:rsidRPr="004B1497">
        <w:rPr>
          <w:rFonts w:cs="Times New Roman"/>
          <w:szCs w:val="28"/>
          <w:lang w:val="ru-RU"/>
        </w:rPr>
        <w:t>досягнень, проблем і пропозицій на 2027/2028 навчальний</w:t>
      </w:r>
      <w:r w:rsidR="007618BB">
        <w:rPr>
          <w:rFonts w:cs="Times New Roman"/>
          <w:szCs w:val="28"/>
          <w:lang w:val="ru-RU"/>
        </w:rPr>
        <w:t xml:space="preserve"> </w:t>
      </w:r>
      <w:r w:rsidRPr="004B1497">
        <w:rPr>
          <w:rFonts w:cs="Times New Roman"/>
          <w:szCs w:val="28"/>
          <w:lang w:val="ru-RU"/>
        </w:rPr>
        <w:t>рік.</w:t>
      </w:r>
    </w:p>
    <w:p w:rsidR="00976071" w:rsidRPr="004B1497" w:rsidRDefault="006F0758" w:rsidP="004B1497">
      <w:pPr>
        <w:pStyle w:val="ae"/>
        <w:tabs>
          <w:tab w:val="left" w:pos="284"/>
        </w:tabs>
        <w:spacing w:after="0"/>
        <w:ind w:left="0"/>
        <w:jc w:val="right"/>
        <w:rPr>
          <w:rFonts w:cs="Times New Roman"/>
          <w:szCs w:val="28"/>
          <w:lang w:val="ru-RU"/>
        </w:rPr>
      </w:pPr>
      <w:r w:rsidRPr="004B1497">
        <w:rPr>
          <w:rFonts w:cs="Times New Roman"/>
          <w:szCs w:val="28"/>
          <w:lang w:val="ru-RU"/>
        </w:rPr>
        <w:t>до 05.06.2027</w:t>
      </w:r>
    </w:p>
    <w:p w:rsidR="006F0758" w:rsidRPr="004B1497" w:rsidRDefault="00833E14" w:rsidP="004B1497">
      <w:pPr>
        <w:pStyle w:val="ae"/>
        <w:numPr>
          <w:ilvl w:val="0"/>
          <w:numId w:val="13"/>
        </w:numPr>
        <w:tabs>
          <w:tab w:val="left" w:pos="284"/>
        </w:tabs>
        <w:spacing w:after="0"/>
        <w:ind w:left="0" w:firstLine="0"/>
        <w:rPr>
          <w:rFonts w:cs="Times New Roman"/>
          <w:szCs w:val="28"/>
          <w:lang w:val="ru-RU"/>
        </w:rPr>
      </w:pPr>
      <w:r>
        <w:rPr>
          <w:rFonts w:cs="Times New Roman"/>
          <w:b/>
          <w:szCs w:val="28"/>
          <w:lang w:val="ru-RU"/>
        </w:rPr>
        <w:t>Заступнику директора Ользі</w:t>
      </w:r>
      <w:r w:rsidR="007618BB">
        <w:rPr>
          <w:rFonts w:cs="Times New Roman"/>
          <w:b/>
          <w:szCs w:val="28"/>
          <w:lang w:val="ru-RU"/>
        </w:rPr>
        <w:t xml:space="preserve"> </w:t>
      </w:r>
      <w:r>
        <w:rPr>
          <w:rFonts w:cs="Times New Roman"/>
          <w:b/>
          <w:szCs w:val="28"/>
          <w:lang w:val="ru-RU"/>
        </w:rPr>
        <w:t>Бабій</w:t>
      </w:r>
      <w:r w:rsidR="004B1497" w:rsidRPr="004B1497">
        <w:rPr>
          <w:rFonts w:cs="Times New Roman"/>
          <w:b/>
          <w:szCs w:val="28"/>
          <w:lang w:val="ru-RU"/>
        </w:rPr>
        <w:t>:</w:t>
      </w:r>
    </w:p>
    <w:p w:rsidR="00C243E4" w:rsidRPr="004B1497" w:rsidRDefault="00833E14" w:rsidP="004B1497">
      <w:pPr>
        <w:pStyle w:val="ae"/>
        <w:numPr>
          <w:ilvl w:val="1"/>
          <w:numId w:val="13"/>
        </w:numPr>
        <w:tabs>
          <w:tab w:val="left" w:pos="284"/>
        </w:tabs>
        <w:spacing w:after="0"/>
        <w:ind w:left="0" w:firstLine="0"/>
        <w:rPr>
          <w:rFonts w:cs="Times New Roman"/>
          <w:szCs w:val="28"/>
          <w:lang w:val="ru-RU"/>
        </w:rPr>
      </w:pPr>
      <w:r w:rsidRPr="004B1497">
        <w:rPr>
          <w:rFonts w:cs="Times New Roman"/>
          <w:szCs w:val="28"/>
          <w:lang w:val="ru-RU"/>
        </w:rPr>
        <w:t>З</w:t>
      </w:r>
      <w:r w:rsidR="004B1497" w:rsidRPr="004B1497">
        <w:rPr>
          <w:rFonts w:cs="Times New Roman"/>
          <w:szCs w:val="28"/>
          <w:lang w:val="ru-RU"/>
        </w:rPr>
        <w:t>абезпечувати</w:t>
      </w:r>
      <w:r w:rsidR="007618BB">
        <w:rPr>
          <w:rFonts w:cs="Times New Roman"/>
          <w:szCs w:val="28"/>
          <w:lang w:val="ru-RU"/>
        </w:rPr>
        <w:t xml:space="preserve"> </w:t>
      </w:r>
      <w:r w:rsidR="004B1497" w:rsidRPr="004B1497">
        <w:rPr>
          <w:rFonts w:cs="Times New Roman"/>
          <w:szCs w:val="28"/>
          <w:lang w:val="ru-RU"/>
        </w:rPr>
        <w:t>організаційні</w:t>
      </w:r>
      <w:r w:rsidR="007618BB">
        <w:rPr>
          <w:rFonts w:cs="Times New Roman"/>
          <w:szCs w:val="28"/>
          <w:lang w:val="ru-RU"/>
        </w:rPr>
        <w:t xml:space="preserve"> </w:t>
      </w:r>
      <w:r w:rsidR="004B1497" w:rsidRPr="004B1497">
        <w:rPr>
          <w:rFonts w:cs="Times New Roman"/>
          <w:szCs w:val="28"/>
          <w:lang w:val="ru-RU"/>
        </w:rPr>
        <w:t>умови та адресну</w:t>
      </w:r>
      <w:r w:rsidR="007618BB">
        <w:rPr>
          <w:rFonts w:cs="Times New Roman"/>
          <w:szCs w:val="28"/>
          <w:lang w:val="ru-RU"/>
        </w:rPr>
        <w:t xml:space="preserve"> </w:t>
      </w:r>
      <w:r w:rsidR="004B1497" w:rsidRPr="004B1497">
        <w:rPr>
          <w:rFonts w:cs="Times New Roman"/>
          <w:szCs w:val="28"/>
          <w:lang w:val="ru-RU"/>
        </w:rPr>
        <w:t>методичну</w:t>
      </w:r>
      <w:r w:rsidR="007618BB">
        <w:rPr>
          <w:rFonts w:cs="Times New Roman"/>
          <w:szCs w:val="28"/>
          <w:lang w:val="ru-RU"/>
        </w:rPr>
        <w:t xml:space="preserve"> </w:t>
      </w:r>
      <w:r w:rsidR="004B1497" w:rsidRPr="004B1497">
        <w:rPr>
          <w:rFonts w:cs="Times New Roman"/>
          <w:szCs w:val="28"/>
          <w:lang w:val="ru-RU"/>
        </w:rPr>
        <w:t>допомогу</w:t>
      </w:r>
      <w:r w:rsidR="007618BB">
        <w:rPr>
          <w:rFonts w:cs="Times New Roman"/>
          <w:szCs w:val="28"/>
          <w:lang w:val="ru-RU"/>
        </w:rPr>
        <w:t xml:space="preserve"> </w:t>
      </w:r>
      <w:r w:rsidR="004B1497" w:rsidRPr="004B1497">
        <w:rPr>
          <w:rFonts w:cs="Times New Roman"/>
          <w:szCs w:val="28"/>
          <w:lang w:val="ru-RU"/>
        </w:rPr>
        <w:t>педагогічним</w:t>
      </w:r>
      <w:r w:rsidR="007618BB">
        <w:rPr>
          <w:rFonts w:cs="Times New Roman"/>
          <w:szCs w:val="28"/>
          <w:lang w:val="ru-RU"/>
        </w:rPr>
        <w:t xml:space="preserve"> </w:t>
      </w:r>
      <w:r w:rsidR="004B1497" w:rsidRPr="004B1497">
        <w:rPr>
          <w:rFonts w:cs="Times New Roman"/>
          <w:szCs w:val="28"/>
          <w:lang w:val="ru-RU"/>
        </w:rPr>
        <w:t>працівникам з питань</w:t>
      </w:r>
      <w:r w:rsidR="007618BB">
        <w:rPr>
          <w:rFonts w:cs="Times New Roman"/>
          <w:szCs w:val="28"/>
          <w:lang w:val="ru-RU"/>
        </w:rPr>
        <w:t xml:space="preserve"> </w:t>
      </w:r>
      <w:r w:rsidR="004B1497" w:rsidRPr="004B1497">
        <w:rPr>
          <w:rFonts w:cs="Times New Roman"/>
          <w:szCs w:val="28"/>
          <w:lang w:val="ru-RU"/>
        </w:rPr>
        <w:t>планування, оцінювання, ведення</w:t>
      </w:r>
      <w:r w:rsidR="007618BB">
        <w:rPr>
          <w:rFonts w:cs="Times New Roman"/>
          <w:szCs w:val="28"/>
          <w:lang w:val="ru-RU"/>
        </w:rPr>
        <w:t xml:space="preserve"> </w:t>
      </w:r>
      <w:r w:rsidR="004B1497" w:rsidRPr="004B1497">
        <w:rPr>
          <w:rFonts w:cs="Times New Roman"/>
          <w:szCs w:val="28"/>
          <w:lang w:val="ru-RU"/>
        </w:rPr>
        <w:t>документації, інклюзивного</w:t>
      </w:r>
      <w:r w:rsidR="007618BB">
        <w:rPr>
          <w:rFonts w:cs="Times New Roman"/>
          <w:szCs w:val="28"/>
          <w:lang w:val="ru-RU"/>
        </w:rPr>
        <w:t xml:space="preserve"> </w:t>
      </w:r>
      <w:r w:rsidR="004B1497" w:rsidRPr="004B1497">
        <w:rPr>
          <w:rFonts w:cs="Times New Roman"/>
          <w:szCs w:val="28"/>
          <w:lang w:val="ru-RU"/>
        </w:rPr>
        <w:t>навчання й використання</w:t>
      </w:r>
      <w:r w:rsidR="007618BB">
        <w:rPr>
          <w:rFonts w:cs="Times New Roman"/>
          <w:szCs w:val="28"/>
          <w:lang w:val="ru-RU"/>
        </w:rPr>
        <w:t xml:space="preserve"> </w:t>
      </w:r>
      <w:r w:rsidR="004B1497" w:rsidRPr="004B1497">
        <w:rPr>
          <w:rFonts w:cs="Times New Roman"/>
          <w:szCs w:val="28"/>
          <w:lang w:val="ru-RU"/>
        </w:rPr>
        <w:t>цифрових</w:t>
      </w:r>
      <w:r w:rsidR="007618BB">
        <w:rPr>
          <w:rFonts w:cs="Times New Roman"/>
          <w:szCs w:val="28"/>
          <w:lang w:val="ru-RU"/>
        </w:rPr>
        <w:t xml:space="preserve"> </w:t>
      </w:r>
      <w:r w:rsidR="004B1497" w:rsidRPr="004B1497">
        <w:rPr>
          <w:rFonts w:cs="Times New Roman"/>
          <w:szCs w:val="28"/>
          <w:lang w:val="ru-RU"/>
        </w:rPr>
        <w:t>технологій;</w:t>
      </w:r>
    </w:p>
    <w:p w:rsidR="00C243E4" w:rsidRPr="004B1497" w:rsidRDefault="00833E14" w:rsidP="004B1497">
      <w:pPr>
        <w:pStyle w:val="ae"/>
        <w:numPr>
          <w:ilvl w:val="1"/>
          <w:numId w:val="13"/>
        </w:numPr>
        <w:tabs>
          <w:tab w:val="left" w:pos="284"/>
        </w:tabs>
        <w:spacing w:after="0"/>
        <w:ind w:left="0" w:firstLine="0"/>
        <w:rPr>
          <w:rFonts w:cs="Times New Roman"/>
          <w:szCs w:val="28"/>
          <w:lang w:val="ru-RU"/>
        </w:rPr>
      </w:pPr>
      <w:r w:rsidRPr="004B1497">
        <w:rPr>
          <w:rFonts w:cs="Times New Roman"/>
          <w:szCs w:val="28"/>
          <w:lang w:val="ru-RU"/>
        </w:rPr>
        <w:t>П</w:t>
      </w:r>
      <w:r w:rsidR="004B1497" w:rsidRPr="004B1497">
        <w:rPr>
          <w:rFonts w:cs="Times New Roman"/>
          <w:szCs w:val="28"/>
          <w:lang w:val="ru-RU"/>
        </w:rPr>
        <w:t>роводити</w:t>
      </w:r>
      <w:r w:rsidR="007618BB">
        <w:rPr>
          <w:rFonts w:cs="Times New Roman"/>
          <w:szCs w:val="28"/>
          <w:lang w:val="ru-RU"/>
        </w:rPr>
        <w:t xml:space="preserve"> </w:t>
      </w:r>
      <w:r w:rsidR="004B1497" w:rsidRPr="004B1497">
        <w:rPr>
          <w:rFonts w:cs="Times New Roman"/>
          <w:szCs w:val="28"/>
          <w:lang w:val="ru-RU"/>
        </w:rPr>
        <w:t>інструктивно-методичні</w:t>
      </w:r>
      <w:r w:rsidR="007618BB">
        <w:rPr>
          <w:rFonts w:cs="Times New Roman"/>
          <w:szCs w:val="28"/>
          <w:lang w:val="ru-RU"/>
        </w:rPr>
        <w:t xml:space="preserve"> </w:t>
      </w:r>
      <w:r w:rsidR="004B1497" w:rsidRPr="004B1497">
        <w:rPr>
          <w:rFonts w:cs="Times New Roman"/>
          <w:szCs w:val="28"/>
          <w:lang w:val="ru-RU"/>
        </w:rPr>
        <w:t>наради, консультації, педагогічні</w:t>
      </w:r>
      <w:r w:rsidR="007618BB">
        <w:rPr>
          <w:rFonts w:cs="Times New Roman"/>
          <w:szCs w:val="28"/>
          <w:lang w:val="ru-RU"/>
        </w:rPr>
        <w:t xml:space="preserve"> </w:t>
      </w:r>
      <w:r w:rsidR="004B1497" w:rsidRPr="004B1497">
        <w:rPr>
          <w:rFonts w:cs="Times New Roman"/>
          <w:szCs w:val="28"/>
          <w:lang w:val="ru-RU"/>
        </w:rPr>
        <w:t>практикуми та моніторинг</w:t>
      </w:r>
      <w:r w:rsidR="007618BB">
        <w:rPr>
          <w:rFonts w:cs="Times New Roman"/>
          <w:szCs w:val="28"/>
          <w:lang w:val="ru-RU"/>
        </w:rPr>
        <w:t xml:space="preserve"> </w:t>
      </w:r>
      <w:r w:rsidR="004B1497" w:rsidRPr="004B1497">
        <w:rPr>
          <w:rFonts w:cs="Times New Roman"/>
          <w:szCs w:val="28"/>
          <w:lang w:val="ru-RU"/>
        </w:rPr>
        <w:t>навчально-методичного забезпечення</w:t>
      </w:r>
      <w:r w:rsidR="007618BB">
        <w:rPr>
          <w:rFonts w:cs="Times New Roman"/>
          <w:szCs w:val="28"/>
          <w:lang w:val="ru-RU"/>
        </w:rPr>
        <w:t xml:space="preserve"> </w:t>
      </w:r>
      <w:r w:rsidR="004B1497" w:rsidRPr="004B1497">
        <w:rPr>
          <w:rFonts w:cs="Times New Roman"/>
          <w:szCs w:val="28"/>
          <w:lang w:val="ru-RU"/>
        </w:rPr>
        <w:t>освітнього</w:t>
      </w:r>
      <w:r w:rsidR="007618BB">
        <w:rPr>
          <w:rFonts w:cs="Times New Roman"/>
          <w:szCs w:val="28"/>
          <w:lang w:val="ru-RU"/>
        </w:rPr>
        <w:t xml:space="preserve"> </w:t>
      </w:r>
      <w:r w:rsidR="004B1497" w:rsidRPr="004B1497">
        <w:rPr>
          <w:rFonts w:cs="Times New Roman"/>
          <w:szCs w:val="28"/>
          <w:lang w:val="ru-RU"/>
        </w:rPr>
        <w:t>процесу;</w:t>
      </w:r>
    </w:p>
    <w:p w:rsidR="00C243E4" w:rsidRPr="004B1497" w:rsidRDefault="00833E14" w:rsidP="004B1497">
      <w:pPr>
        <w:pStyle w:val="ae"/>
        <w:numPr>
          <w:ilvl w:val="1"/>
          <w:numId w:val="13"/>
        </w:numPr>
        <w:tabs>
          <w:tab w:val="left" w:pos="284"/>
        </w:tabs>
        <w:spacing w:after="0"/>
        <w:ind w:left="0" w:firstLine="0"/>
        <w:rPr>
          <w:rFonts w:cs="Times New Roman"/>
          <w:szCs w:val="28"/>
          <w:lang w:val="ru-RU"/>
        </w:rPr>
      </w:pPr>
      <w:r w:rsidRPr="004B1497">
        <w:rPr>
          <w:rFonts w:cs="Times New Roman"/>
          <w:szCs w:val="28"/>
          <w:lang w:val="ru-RU"/>
        </w:rPr>
        <w:t>З</w:t>
      </w:r>
      <w:r w:rsidR="004B1497" w:rsidRPr="004B1497">
        <w:rPr>
          <w:rFonts w:cs="Times New Roman"/>
          <w:szCs w:val="28"/>
          <w:lang w:val="ru-RU"/>
        </w:rPr>
        <w:t>дійснювати</w:t>
      </w:r>
      <w:r w:rsidR="007618BB">
        <w:rPr>
          <w:rFonts w:cs="Times New Roman"/>
          <w:szCs w:val="28"/>
          <w:lang w:val="ru-RU"/>
        </w:rPr>
        <w:t xml:space="preserve"> </w:t>
      </w:r>
      <w:r w:rsidR="004B1497" w:rsidRPr="004B1497">
        <w:rPr>
          <w:rFonts w:cs="Times New Roman"/>
          <w:szCs w:val="28"/>
          <w:lang w:val="ru-RU"/>
        </w:rPr>
        <w:t>методичний</w:t>
      </w:r>
      <w:r w:rsidR="007618BB">
        <w:rPr>
          <w:rFonts w:cs="Times New Roman"/>
          <w:szCs w:val="28"/>
          <w:lang w:val="ru-RU"/>
        </w:rPr>
        <w:t xml:space="preserve"> </w:t>
      </w:r>
      <w:r w:rsidR="004B1497" w:rsidRPr="004B1497">
        <w:rPr>
          <w:rFonts w:cs="Times New Roman"/>
          <w:szCs w:val="28"/>
          <w:lang w:val="ru-RU"/>
        </w:rPr>
        <w:t>супровід</w:t>
      </w:r>
      <w:r w:rsidR="007618BB">
        <w:rPr>
          <w:rFonts w:cs="Times New Roman"/>
          <w:szCs w:val="28"/>
          <w:lang w:val="ru-RU"/>
        </w:rPr>
        <w:t xml:space="preserve"> </w:t>
      </w:r>
      <w:r w:rsidR="004B1497" w:rsidRPr="004B1497">
        <w:rPr>
          <w:rFonts w:cs="Times New Roman"/>
          <w:szCs w:val="28"/>
          <w:lang w:val="ru-RU"/>
        </w:rPr>
        <w:t>внутрішньої</w:t>
      </w:r>
      <w:r w:rsidR="007618BB">
        <w:rPr>
          <w:rFonts w:cs="Times New Roman"/>
          <w:szCs w:val="28"/>
          <w:lang w:val="ru-RU"/>
        </w:rPr>
        <w:t xml:space="preserve"> </w:t>
      </w:r>
      <w:r w:rsidR="004B1497" w:rsidRPr="004B1497">
        <w:rPr>
          <w:rFonts w:cs="Times New Roman"/>
          <w:szCs w:val="28"/>
          <w:lang w:val="ru-RU"/>
        </w:rPr>
        <w:t>системи</w:t>
      </w:r>
      <w:r w:rsidR="007618BB">
        <w:rPr>
          <w:rFonts w:cs="Times New Roman"/>
          <w:szCs w:val="28"/>
          <w:lang w:val="ru-RU"/>
        </w:rPr>
        <w:t xml:space="preserve"> </w:t>
      </w:r>
      <w:r w:rsidR="004B1497" w:rsidRPr="004B1497">
        <w:rPr>
          <w:rFonts w:cs="Times New Roman"/>
          <w:szCs w:val="28"/>
          <w:lang w:val="ru-RU"/>
        </w:rPr>
        <w:t>забезпечення</w:t>
      </w:r>
      <w:r w:rsidR="007618BB">
        <w:rPr>
          <w:rFonts w:cs="Times New Roman"/>
          <w:szCs w:val="28"/>
          <w:lang w:val="ru-RU"/>
        </w:rPr>
        <w:t xml:space="preserve"> </w:t>
      </w:r>
      <w:r w:rsidR="004B1497" w:rsidRPr="004B1497">
        <w:rPr>
          <w:rFonts w:cs="Times New Roman"/>
          <w:szCs w:val="28"/>
          <w:lang w:val="ru-RU"/>
        </w:rPr>
        <w:t>якості</w:t>
      </w:r>
      <w:r w:rsidR="007618BB">
        <w:rPr>
          <w:rFonts w:cs="Times New Roman"/>
          <w:szCs w:val="28"/>
          <w:lang w:val="ru-RU"/>
        </w:rPr>
        <w:t xml:space="preserve"> </w:t>
      </w:r>
      <w:r w:rsidR="004B1497" w:rsidRPr="004B1497">
        <w:rPr>
          <w:rFonts w:cs="Times New Roman"/>
          <w:szCs w:val="28"/>
          <w:lang w:val="ru-RU"/>
        </w:rPr>
        <w:t>освіти та самооцінювання</w:t>
      </w:r>
      <w:r w:rsidR="007618BB">
        <w:rPr>
          <w:rFonts w:cs="Times New Roman"/>
          <w:szCs w:val="28"/>
          <w:lang w:val="ru-RU"/>
        </w:rPr>
        <w:t xml:space="preserve"> </w:t>
      </w:r>
      <w:r w:rsidR="004B1497" w:rsidRPr="004B1497">
        <w:rPr>
          <w:rFonts w:cs="Times New Roman"/>
          <w:szCs w:val="28"/>
          <w:lang w:val="ru-RU"/>
        </w:rPr>
        <w:t>освітньої</w:t>
      </w:r>
      <w:r w:rsidR="007618BB">
        <w:rPr>
          <w:rFonts w:cs="Times New Roman"/>
          <w:szCs w:val="28"/>
          <w:lang w:val="ru-RU"/>
        </w:rPr>
        <w:t xml:space="preserve"> </w:t>
      </w:r>
      <w:r w:rsidR="004B1497" w:rsidRPr="004B1497">
        <w:rPr>
          <w:rFonts w:cs="Times New Roman"/>
          <w:szCs w:val="28"/>
          <w:lang w:val="ru-RU"/>
        </w:rPr>
        <w:t>діяльності;</w:t>
      </w:r>
    </w:p>
    <w:p w:rsidR="00C243E4" w:rsidRPr="004B1497" w:rsidRDefault="00094E4C" w:rsidP="004B1497">
      <w:pPr>
        <w:pStyle w:val="ae"/>
        <w:numPr>
          <w:ilvl w:val="1"/>
          <w:numId w:val="13"/>
        </w:numPr>
        <w:tabs>
          <w:tab w:val="left" w:pos="284"/>
        </w:tabs>
        <w:spacing w:after="0"/>
        <w:ind w:left="0" w:firstLine="0"/>
        <w:rPr>
          <w:rFonts w:cs="Times New Roman"/>
          <w:szCs w:val="28"/>
          <w:lang w:val="ru-RU"/>
        </w:rPr>
      </w:pPr>
      <w:r w:rsidRPr="004B1497">
        <w:rPr>
          <w:rFonts w:cs="Times New Roman"/>
          <w:szCs w:val="28"/>
          <w:lang w:val="ru-RU"/>
        </w:rPr>
        <w:t>О</w:t>
      </w:r>
      <w:r w:rsidR="004B1497" w:rsidRPr="004B1497">
        <w:rPr>
          <w:rFonts w:cs="Times New Roman"/>
          <w:szCs w:val="28"/>
          <w:lang w:val="ru-RU"/>
        </w:rPr>
        <w:t>рганізувати</w:t>
      </w:r>
      <w:r w:rsidR="007618BB">
        <w:rPr>
          <w:rFonts w:cs="Times New Roman"/>
          <w:szCs w:val="28"/>
          <w:lang w:val="ru-RU"/>
        </w:rPr>
        <w:t xml:space="preserve"> </w:t>
      </w:r>
      <w:r w:rsidR="004B1497" w:rsidRPr="004B1497">
        <w:rPr>
          <w:rFonts w:cs="Times New Roman"/>
          <w:szCs w:val="28"/>
          <w:lang w:val="ru-RU"/>
        </w:rPr>
        <w:t>системну</w:t>
      </w:r>
      <w:r w:rsidR="007618BB">
        <w:rPr>
          <w:rFonts w:cs="Times New Roman"/>
          <w:szCs w:val="28"/>
          <w:lang w:val="ru-RU"/>
        </w:rPr>
        <w:t xml:space="preserve"> </w:t>
      </w:r>
      <w:r w:rsidR="004B1497" w:rsidRPr="004B1497">
        <w:rPr>
          <w:rFonts w:cs="Times New Roman"/>
          <w:szCs w:val="28"/>
          <w:lang w:val="ru-RU"/>
        </w:rPr>
        <w:t>інформаційно-просвітницьку роботу щодо</w:t>
      </w:r>
      <w:r w:rsidR="007618BB">
        <w:rPr>
          <w:rFonts w:cs="Times New Roman"/>
          <w:szCs w:val="28"/>
          <w:lang w:val="ru-RU"/>
        </w:rPr>
        <w:t xml:space="preserve"> </w:t>
      </w:r>
      <w:r w:rsidR="004B1497" w:rsidRPr="004B1497">
        <w:rPr>
          <w:rFonts w:cs="Times New Roman"/>
          <w:szCs w:val="28"/>
          <w:lang w:val="ru-RU"/>
        </w:rPr>
        <w:t>академічної</w:t>
      </w:r>
      <w:r w:rsidR="007618BB">
        <w:rPr>
          <w:rFonts w:cs="Times New Roman"/>
          <w:szCs w:val="28"/>
          <w:lang w:val="ru-RU"/>
        </w:rPr>
        <w:t xml:space="preserve"> </w:t>
      </w:r>
      <w:r w:rsidR="004B1497" w:rsidRPr="004B1497">
        <w:rPr>
          <w:rFonts w:cs="Times New Roman"/>
          <w:szCs w:val="28"/>
          <w:lang w:val="ru-RU"/>
        </w:rPr>
        <w:t>доброчесності, цифрової</w:t>
      </w:r>
      <w:r w:rsidR="007618BB">
        <w:rPr>
          <w:rFonts w:cs="Times New Roman"/>
          <w:szCs w:val="28"/>
          <w:lang w:val="ru-RU"/>
        </w:rPr>
        <w:t xml:space="preserve"> </w:t>
      </w:r>
      <w:r w:rsidR="004B1497" w:rsidRPr="004B1497">
        <w:rPr>
          <w:rFonts w:cs="Times New Roman"/>
          <w:szCs w:val="28"/>
          <w:lang w:val="ru-RU"/>
        </w:rPr>
        <w:t>етики, авторського права та правил відповідального</w:t>
      </w:r>
      <w:r w:rsidR="007618BB">
        <w:rPr>
          <w:rFonts w:cs="Times New Roman"/>
          <w:szCs w:val="28"/>
          <w:lang w:val="ru-RU"/>
        </w:rPr>
        <w:t xml:space="preserve"> </w:t>
      </w:r>
      <w:r w:rsidR="004B1497" w:rsidRPr="004B1497">
        <w:rPr>
          <w:rFonts w:cs="Times New Roman"/>
          <w:szCs w:val="28"/>
          <w:lang w:val="ru-RU"/>
        </w:rPr>
        <w:t>використання штучного інтелекту;</w:t>
      </w:r>
    </w:p>
    <w:p w:rsidR="005903ED" w:rsidRPr="004B1497" w:rsidRDefault="00094E4C" w:rsidP="004B1497">
      <w:pPr>
        <w:pStyle w:val="ae"/>
        <w:numPr>
          <w:ilvl w:val="1"/>
          <w:numId w:val="13"/>
        </w:numPr>
        <w:tabs>
          <w:tab w:val="left" w:pos="284"/>
        </w:tabs>
        <w:spacing w:after="0"/>
        <w:ind w:left="0" w:firstLine="0"/>
        <w:rPr>
          <w:rFonts w:cs="Times New Roman"/>
          <w:szCs w:val="28"/>
          <w:lang w:val="ru-RU"/>
        </w:rPr>
      </w:pPr>
      <w:r w:rsidRPr="004B1497">
        <w:rPr>
          <w:rFonts w:cs="Times New Roman"/>
          <w:szCs w:val="28"/>
          <w:lang w:val="ru-RU"/>
        </w:rPr>
        <w:t>С</w:t>
      </w:r>
      <w:r w:rsidR="004B1497" w:rsidRPr="004B1497">
        <w:rPr>
          <w:rFonts w:cs="Times New Roman"/>
          <w:szCs w:val="28"/>
          <w:lang w:val="ru-RU"/>
        </w:rPr>
        <w:t>прияти</w:t>
      </w:r>
      <w:r w:rsidR="007618BB">
        <w:rPr>
          <w:rFonts w:cs="Times New Roman"/>
          <w:szCs w:val="28"/>
          <w:lang w:val="ru-RU"/>
        </w:rPr>
        <w:t xml:space="preserve"> </w:t>
      </w:r>
      <w:r w:rsidR="004B1497" w:rsidRPr="004B1497">
        <w:rPr>
          <w:rFonts w:cs="Times New Roman"/>
          <w:szCs w:val="28"/>
          <w:lang w:val="ru-RU"/>
        </w:rPr>
        <w:t>збереженню</w:t>
      </w:r>
      <w:r w:rsidR="007618BB">
        <w:rPr>
          <w:rFonts w:cs="Times New Roman"/>
          <w:szCs w:val="28"/>
          <w:lang w:val="ru-RU"/>
        </w:rPr>
        <w:t xml:space="preserve"> </w:t>
      </w:r>
      <w:r w:rsidR="004B1497" w:rsidRPr="004B1497">
        <w:rPr>
          <w:rFonts w:cs="Times New Roman"/>
          <w:szCs w:val="28"/>
          <w:lang w:val="ru-RU"/>
        </w:rPr>
        <w:t>психічного</w:t>
      </w:r>
      <w:r w:rsidR="007618BB">
        <w:rPr>
          <w:rFonts w:cs="Times New Roman"/>
          <w:szCs w:val="28"/>
          <w:lang w:val="ru-RU"/>
        </w:rPr>
        <w:t xml:space="preserve"> </w:t>
      </w:r>
      <w:r w:rsidR="004B1497" w:rsidRPr="004B1497">
        <w:rPr>
          <w:rFonts w:cs="Times New Roman"/>
          <w:szCs w:val="28"/>
          <w:lang w:val="ru-RU"/>
        </w:rPr>
        <w:t>здоров’я</w:t>
      </w:r>
      <w:r w:rsidR="007618BB">
        <w:rPr>
          <w:rFonts w:cs="Times New Roman"/>
          <w:szCs w:val="28"/>
          <w:lang w:val="ru-RU"/>
        </w:rPr>
        <w:t xml:space="preserve"> </w:t>
      </w:r>
      <w:r w:rsidR="004B1497" w:rsidRPr="004B1497">
        <w:rPr>
          <w:rFonts w:cs="Times New Roman"/>
          <w:szCs w:val="28"/>
          <w:lang w:val="ru-RU"/>
        </w:rPr>
        <w:t>педагогічних</w:t>
      </w:r>
      <w:r w:rsidR="007618BB">
        <w:rPr>
          <w:rFonts w:cs="Times New Roman"/>
          <w:szCs w:val="28"/>
          <w:lang w:val="ru-RU"/>
        </w:rPr>
        <w:t xml:space="preserve"> </w:t>
      </w:r>
      <w:r w:rsidR="004B1497" w:rsidRPr="004B1497">
        <w:rPr>
          <w:rFonts w:cs="Times New Roman"/>
          <w:szCs w:val="28"/>
          <w:lang w:val="ru-RU"/>
        </w:rPr>
        <w:t>працівників, профілактиці</w:t>
      </w:r>
      <w:r w:rsidR="007618BB">
        <w:rPr>
          <w:rFonts w:cs="Times New Roman"/>
          <w:szCs w:val="28"/>
          <w:lang w:val="ru-RU"/>
        </w:rPr>
        <w:t xml:space="preserve"> </w:t>
      </w:r>
      <w:r w:rsidR="004B1497" w:rsidRPr="004B1497">
        <w:rPr>
          <w:rFonts w:cs="Times New Roman"/>
          <w:szCs w:val="28"/>
          <w:lang w:val="ru-RU"/>
        </w:rPr>
        <w:t>професійного</w:t>
      </w:r>
      <w:r w:rsidR="007618BB">
        <w:rPr>
          <w:rFonts w:cs="Times New Roman"/>
          <w:szCs w:val="28"/>
          <w:lang w:val="ru-RU"/>
        </w:rPr>
        <w:t xml:space="preserve"> </w:t>
      </w:r>
      <w:r w:rsidR="004B1497" w:rsidRPr="004B1497">
        <w:rPr>
          <w:rFonts w:cs="Times New Roman"/>
          <w:szCs w:val="28"/>
          <w:lang w:val="ru-RU"/>
        </w:rPr>
        <w:t>вигорання та формуванню</w:t>
      </w:r>
      <w:r w:rsidR="007618BB">
        <w:rPr>
          <w:rFonts w:cs="Times New Roman"/>
          <w:szCs w:val="28"/>
          <w:lang w:val="ru-RU"/>
        </w:rPr>
        <w:t xml:space="preserve"> </w:t>
      </w:r>
      <w:r w:rsidR="004B1497" w:rsidRPr="004B1497">
        <w:rPr>
          <w:rFonts w:cs="Times New Roman"/>
          <w:szCs w:val="28"/>
          <w:lang w:val="ru-RU"/>
        </w:rPr>
        <w:t>психологічно</w:t>
      </w:r>
      <w:r w:rsidR="007618BB">
        <w:rPr>
          <w:rFonts w:cs="Times New Roman"/>
          <w:szCs w:val="28"/>
          <w:lang w:val="ru-RU"/>
        </w:rPr>
        <w:t xml:space="preserve"> </w:t>
      </w:r>
      <w:r w:rsidR="004B1497" w:rsidRPr="004B1497">
        <w:rPr>
          <w:rFonts w:cs="Times New Roman"/>
          <w:szCs w:val="28"/>
          <w:lang w:val="ru-RU"/>
        </w:rPr>
        <w:t>безпечного</w:t>
      </w:r>
      <w:r w:rsidR="007618BB">
        <w:rPr>
          <w:rFonts w:cs="Times New Roman"/>
          <w:szCs w:val="28"/>
          <w:lang w:val="ru-RU"/>
        </w:rPr>
        <w:t xml:space="preserve">  </w:t>
      </w:r>
      <w:r w:rsidR="004B1497" w:rsidRPr="004B1497">
        <w:rPr>
          <w:rFonts w:cs="Times New Roman"/>
          <w:szCs w:val="28"/>
          <w:lang w:val="ru-RU"/>
        </w:rPr>
        <w:t>середовища.</w:t>
      </w:r>
    </w:p>
    <w:p w:rsidR="004B1497" w:rsidRPr="004B1497" w:rsidRDefault="005903ED" w:rsidP="004B1497">
      <w:pPr>
        <w:pStyle w:val="ae"/>
        <w:numPr>
          <w:ilvl w:val="1"/>
          <w:numId w:val="13"/>
        </w:numPr>
        <w:tabs>
          <w:tab w:val="left" w:pos="284"/>
        </w:tabs>
        <w:spacing w:after="0"/>
        <w:ind w:left="0" w:firstLine="0"/>
        <w:rPr>
          <w:rFonts w:cs="Times New Roman"/>
          <w:szCs w:val="28"/>
          <w:lang w:val="ru-RU"/>
        </w:rPr>
      </w:pPr>
      <w:r w:rsidRPr="004B1497">
        <w:rPr>
          <w:rFonts w:cs="Times New Roman"/>
          <w:szCs w:val="28"/>
          <w:lang w:val="ru-RU"/>
        </w:rPr>
        <w:t>Орган</w:t>
      </w:r>
      <w:r w:rsidR="007618BB">
        <w:rPr>
          <w:rFonts w:cs="Times New Roman"/>
          <w:szCs w:val="28"/>
          <w:lang w:val="ru-RU"/>
        </w:rPr>
        <w:t xml:space="preserve"> </w:t>
      </w:r>
      <w:r w:rsidRPr="004B1497">
        <w:rPr>
          <w:rFonts w:cs="Times New Roman"/>
          <w:szCs w:val="28"/>
          <w:lang w:val="ru-RU"/>
        </w:rPr>
        <w:t>із</w:t>
      </w:r>
      <w:r w:rsidR="007618BB">
        <w:rPr>
          <w:rFonts w:cs="Times New Roman"/>
          <w:szCs w:val="28"/>
          <w:lang w:val="ru-RU"/>
        </w:rPr>
        <w:t xml:space="preserve"> </w:t>
      </w:r>
      <w:r w:rsidRPr="004B1497">
        <w:rPr>
          <w:rFonts w:cs="Times New Roman"/>
          <w:szCs w:val="28"/>
          <w:lang w:val="ru-RU"/>
        </w:rPr>
        <w:t>обговорення</w:t>
      </w:r>
      <w:r w:rsidR="007618BB">
        <w:rPr>
          <w:rFonts w:cs="Times New Roman"/>
          <w:szCs w:val="28"/>
          <w:lang w:val="ru-RU"/>
        </w:rPr>
        <w:t xml:space="preserve"> </w:t>
      </w:r>
      <w:r w:rsidRPr="004B1497">
        <w:rPr>
          <w:rFonts w:cs="Times New Roman"/>
          <w:szCs w:val="28"/>
          <w:lang w:val="ru-RU"/>
        </w:rPr>
        <w:t>ВНУТРІШНЬОЇ СИСТЕМИ З АКАДЕМІЧНОЇ ДОБРОЧЕСНОСТІ</w:t>
      </w:r>
      <w:r w:rsidR="007618BB">
        <w:rPr>
          <w:rFonts w:cs="Times New Roman"/>
          <w:szCs w:val="28"/>
          <w:lang w:val="ru-RU"/>
        </w:rPr>
        <w:t xml:space="preserve"> </w:t>
      </w:r>
      <w:r w:rsidR="00094E4C">
        <w:rPr>
          <w:rFonts w:cs="Times New Roman"/>
          <w:szCs w:val="28"/>
          <w:lang w:val="ru-RU"/>
        </w:rPr>
        <w:t xml:space="preserve"> В </w:t>
      </w:r>
      <w:r w:rsidR="007618BB">
        <w:rPr>
          <w:rFonts w:cs="Times New Roman"/>
          <w:szCs w:val="28"/>
          <w:lang w:val="ru-RU"/>
        </w:rPr>
        <w:t xml:space="preserve"> </w:t>
      </w:r>
      <w:r w:rsidR="00094E4C">
        <w:rPr>
          <w:rFonts w:cs="Times New Roman"/>
          <w:szCs w:val="28"/>
          <w:lang w:val="ru-RU"/>
        </w:rPr>
        <w:t xml:space="preserve">ПОГІРЦІВСЬКІЙ </w:t>
      </w:r>
      <w:r w:rsidR="007618BB">
        <w:rPr>
          <w:rFonts w:cs="Times New Roman"/>
          <w:szCs w:val="28"/>
          <w:lang w:val="ru-RU"/>
        </w:rPr>
        <w:t xml:space="preserve"> </w:t>
      </w:r>
      <w:r w:rsidR="00094E4C">
        <w:rPr>
          <w:rFonts w:cs="Times New Roman"/>
          <w:szCs w:val="28"/>
          <w:lang w:val="ru-RU"/>
        </w:rPr>
        <w:t>ГІМНАЗІЇ</w:t>
      </w:r>
      <w:r w:rsidRPr="004B1497">
        <w:rPr>
          <w:rFonts w:cs="Times New Roman"/>
          <w:szCs w:val="28"/>
          <w:lang w:val="ru-RU"/>
        </w:rPr>
        <w:t>, Положення про академічну</w:t>
      </w:r>
      <w:r w:rsidR="007618BB">
        <w:rPr>
          <w:rFonts w:cs="Times New Roman"/>
          <w:szCs w:val="28"/>
          <w:lang w:val="ru-RU"/>
        </w:rPr>
        <w:t xml:space="preserve"> </w:t>
      </w:r>
      <w:r w:rsidRPr="004B1497">
        <w:rPr>
          <w:rFonts w:cs="Times New Roman"/>
          <w:szCs w:val="28"/>
          <w:lang w:val="ru-RU"/>
        </w:rPr>
        <w:t>доброчесність та</w:t>
      </w:r>
      <w:r w:rsidR="00364457">
        <w:rPr>
          <w:rFonts w:cs="Times New Roman"/>
          <w:szCs w:val="28"/>
          <w:lang w:val="ru-RU"/>
        </w:rPr>
        <w:t xml:space="preserve"> </w:t>
      </w:r>
      <w:r w:rsidRPr="004B1497">
        <w:rPr>
          <w:rFonts w:cs="Times New Roman"/>
          <w:szCs w:val="28"/>
          <w:lang w:val="ru-RU"/>
        </w:rPr>
        <w:t>розробити</w:t>
      </w:r>
      <w:r w:rsidR="00364457">
        <w:rPr>
          <w:rFonts w:cs="Times New Roman"/>
          <w:szCs w:val="28"/>
          <w:lang w:val="ru-RU"/>
        </w:rPr>
        <w:t xml:space="preserve"> </w:t>
      </w:r>
      <w:r w:rsidRPr="004B1497">
        <w:rPr>
          <w:rFonts w:cs="Times New Roman"/>
          <w:szCs w:val="28"/>
          <w:lang w:val="ru-RU"/>
        </w:rPr>
        <w:t>ефективну</w:t>
      </w:r>
      <w:r w:rsidR="00364457">
        <w:rPr>
          <w:rFonts w:cs="Times New Roman"/>
          <w:szCs w:val="28"/>
          <w:lang w:val="ru-RU"/>
        </w:rPr>
        <w:t xml:space="preserve"> </w:t>
      </w:r>
      <w:r w:rsidRPr="004B1497">
        <w:rPr>
          <w:rFonts w:cs="Times New Roman"/>
          <w:szCs w:val="28"/>
          <w:lang w:val="ru-RU"/>
        </w:rPr>
        <w:t>схему</w:t>
      </w:r>
      <w:r w:rsidR="00364457">
        <w:rPr>
          <w:rFonts w:cs="Times New Roman"/>
          <w:szCs w:val="28"/>
          <w:lang w:val="ru-RU"/>
        </w:rPr>
        <w:t xml:space="preserve"> </w:t>
      </w:r>
      <w:r w:rsidRPr="004B1497">
        <w:rPr>
          <w:rFonts w:cs="Times New Roman"/>
          <w:szCs w:val="28"/>
          <w:lang w:val="ru-RU"/>
        </w:rPr>
        <w:t>інформування</w:t>
      </w:r>
      <w:r w:rsidR="00364457">
        <w:rPr>
          <w:rFonts w:cs="Times New Roman"/>
          <w:szCs w:val="28"/>
          <w:lang w:val="ru-RU"/>
        </w:rPr>
        <w:t xml:space="preserve"> </w:t>
      </w:r>
      <w:r w:rsidRPr="004B1497">
        <w:rPr>
          <w:rFonts w:cs="Times New Roman"/>
          <w:szCs w:val="28"/>
          <w:lang w:val="ru-RU"/>
        </w:rPr>
        <w:t>учнів</w:t>
      </w:r>
      <w:r w:rsidR="00364457">
        <w:rPr>
          <w:rFonts w:cs="Times New Roman"/>
          <w:szCs w:val="28"/>
          <w:lang w:val="ru-RU"/>
        </w:rPr>
        <w:t xml:space="preserve"> </w:t>
      </w:r>
      <w:r w:rsidRPr="004B1497">
        <w:rPr>
          <w:rFonts w:cs="Times New Roman"/>
          <w:szCs w:val="28"/>
          <w:lang w:val="ru-RU"/>
        </w:rPr>
        <w:t>про</w:t>
      </w:r>
      <w:r w:rsidR="00364457">
        <w:rPr>
          <w:rFonts w:cs="Times New Roman"/>
          <w:szCs w:val="28"/>
          <w:lang w:val="ru-RU"/>
        </w:rPr>
        <w:t xml:space="preserve"> </w:t>
      </w:r>
      <w:r w:rsidRPr="004B1497">
        <w:rPr>
          <w:rFonts w:cs="Times New Roman"/>
          <w:szCs w:val="28"/>
          <w:lang w:val="ru-RU"/>
        </w:rPr>
        <w:t>академічну</w:t>
      </w:r>
      <w:r w:rsidR="00364457">
        <w:rPr>
          <w:rFonts w:cs="Times New Roman"/>
          <w:szCs w:val="28"/>
          <w:lang w:val="ru-RU"/>
        </w:rPr>
        <w:t xml:space="preserve"> </w:t>
      </w:r>
      <w:r w:rsidR="004B1497" w:rsidRPr="004B1497">
        <w:rPr>
          <w:rFonts w:cs="Times New Roman"/>
          <w:szCs w:val="28"/>
          <w:lang w:val="ru-RU"/>
        </w:rPr>
        <w:t>доброчесність</w:t>
      </w:r>
    </w:p>
    <w:p w:rsidR="001308BA" w:rsidRDefault="001308BA" w:rsidP="004B1497">
      <w:pPr>
        <w:tabs>
          <w:tab w:val="left" w:pos="284"/>
        </w:tabs>
        <w:spacing w:after="0"/>
        <w:jc w:val="right"/>
        <w:rPr>
          <w:rFonts w:cs="Times New Roman"/>
          <w:szCs w:val="28"/>
          <w:lang w:val="ru-RU"/>
        </w:rPr>
      </w:pPr>
    </w:p>
    <w:p w:rsidR="001308BA" w:rsidRDefault="001308BA" w:rsidP="004B1497">
      <w:pPr>
        <w:tabs>
          <w:tab w:val="left" w:pos="284"/>
        </w:tabs>
        <w:spacing w:after="0"/>
        <w:jc w:val="right"/>
        <w:rPr>
          <w:rFonts w:cs="Times New Roman"/>
          <w:szCs w:val="28"/>
          <w:lang w:val="ru-RU"/>
        </w:rPr>
      </w:pPr>
    </w:p>
    <w:p w:rsidR="001308BA" w:rsidRDefault="001308BA" w:rsidP="004B1497">
      <w:pPr>
        <w:tabs>
          <w:tab w:val="left" w:pos="284"/>
        </w:tabs>
        <w:spacing w:after="0"/>
        <w:jc w:val="right"/>
        <w:rPr>
          <w:rFonts w:cs="Times New Roman"/>
          <w:szCs w:val="28"/>
          <w:lang w:val="ru-RU"/>
        </w:rPr>
      </w:pPr>
    </w:p>
    <w:p w:rsidR="005903ED" w:rsidRPr="004B1497" w:rsidRDefault="005903ED" w:rsidP="004B1497">
      <w:pPr>
        <w:tabs>
          <w:tab w:val="left" w:pos="284"/>
        </w:tabs>
        <w:spacing w:after="0"/>
        <w:jc w:val="right"/>
        <w:rPr>
          <w:rFonts w:cs="Times New Roman"/>
          <w:szCs w:val="28"/>
          <w:lang w:val="ru-RU"/>
        </w:rPr>
      </w:pPr>
      <w:r w:rsidRPr="004B1497">
        <w:rPr>
          <w:rFonts w:cs="Times New Roman"/>
          <w:szCs w:val="28"/>
          <w:lang w:val="ru-RU"/>
        </w:rPr>
        <w:t>до 10.09.202</w:t>
      </w:r>
      <w:r w:rsidRPr="004B1497">
        <w:rPr>
          <w:rFonts w:cs="Times New Roman"/>
          <w:szCs w:val="28"/>
          <w:lang w:val="uk-UA"/>
        </w:rPr>
        <w:t>6</w:t>
      </w:r>
      <w:r w:rsidR="004B1497" w:rsidRPr="004B1497">
        <w:rPr>
          <w:rFonts w:cs="Times New Roman"/>
          <w:szCs w:val="28"/>
          <w:lang w:val="ru-RU"/>
        </w:rPr>
        <w:t xml:space="preserve"> року</w:t>
      </w:r>
    </w:p>
    <w:p w:rsidR="004B1497" w:rsidRPr="004B1497" w:rsidRDefault="005903ED" w:rsidP="004B1497">
      <w:pPr>
        <w:pStyle w:val="ae"/>
        <w:widowControl w:val="0"/>
        <w:numPr>
          <w:ilvl w:val="1"/>
          <w:numId w:val="13"/>
        </w:numPr>
        <w:tabs>
          <w:tab w:val="left" w:pos="0"/>
          <w:tab w:val="left" w:pos="284"/>
          <w:tab w:val="left" w:pos="426"/>
          <w:tab w:val="left" w:pos="567"/>
          <w:tab w:val="left" w:pos="709"/>
        </w:tabs>
        <w:autoSpaceDE w:val="0"/>
        <w:autoSpaceDN w:val="0"/>
        <w:spacing w:after="0"/>
        <w:ind w:left="0" w:right="102" w:firstLine="0"/>
        <w:jc w:val="both"/>
        <w:rPr>
          <w:rFonts w:cs="Times New Roman"/>
          <w:szCs w:val="28"/>
          <w:lang w:val="ru-RU"/>
        </w:rPr>
      </w:pPr>
      <w:r w:rsidRPr="004B1497">
        <w:rPr>
          <w:rFonts w:cs="Times New Roman"/>
          <w:szCs w:val="28"/>
          <w:lang w:val="ru-RU"/>
        </w:rPr>
        <w:t>Провести</w:t>
      </w:r>
      <w:r w:rsidR="00364457">
        <w:rPr>
          <w:rFonts w:cs="Times New Roman"/>
          <w:szCs w:val="28"/>
          <w:lang w:val="ru-RU"/>
        </w:rPr>
        <w:t xml:space="preserve"> </w:t>
      </w:r>
      <w:r w:rsidRPr="004B1497">
        <w:rPr>
          <w:rFonts w:cs="Times New Roman"/>
          <w:szCs w:val="28"/>
          <w:lang w:val="ru-RU"/>
        </w:rPr>
        <w:t>моніторинг</w:t>
      </w:r>
      <w:r w:rsidR="00364457">
        <w:rPr>
          <w:rFonts w:cs="Times New Roman"/>
          <w:szCs w:val="28"/>
          <w:lang w:val="ru-RU"/>
        </w:rPr>
        <w:t xml:space="preserve"> </w:t>
      </w:r>
      <w:r w:rsidRPr="004B1497">
        <w:rPr>
          <w:rFonts w:cs="Times New Roman"/>
          <w:szCs w:val="28"/>
          <w:lang w:val="ru-RU"/>
        </w:rPr>
        <w:t>громадської</w:t>
      </w:r>
      <w:r w:rsidR="00364457">
        <w:rPr>
          <w:rFonts w:cs="Times New Roman"/>
          <w:szCs w:val="28"/>
          <w:lang w:val="ru-RU"/>
        </w:rPr>
        <w:t xml:space="preserve"> </w:t>
      </w:r>
      <w:r w:rsidRPr="004B1497">
        <w:rPr>
          <w:rFonts w:cs="Times New Roman"/>
          <w:szCs w:val="28"/>
          <w:lang w:val="ru-RU"/>
        </w:rPr>
        <w:t>думки</w:t>
      </w:r>
      <w:r w:rsidR="00364457">
        <w:rPr>
          <w:rFonts w:cs="Times New Roman"/>
          <w:szCs w:val="28"/>
          <w:lang w:val="ru-RU"/>
        </w:rPr>
        <w:t xml:space="preserve"> </w:t>
      </w:r>
      <w:r w:rsidRPr="004B1497">
        <w:rPr>
          <w:rFonts w:cs="Times New Roman"/>
          <w:szCs w:val="28"/>
          <w:lang w:val="ru-RU"/>
        </w:rPr>
        <w:t>через</w:t>
      </w:r>
      <w:r w:rsidR="00364457">
        <w:rPr>
          <w:rFonts w:cs="Times New Roman"/>
          <w:szCs w:val="28"/>
          <w:lang w:val="ru-RU"/>
        </w:rPr>
        <w:t xml:space="preserve"> </w:t>
      </w:r>
      <w:r w:rsidRPr="004B1497">
        <w:rPr>
          <w:rFonts w:cs="Times New Roman"/>
          <w:szCs w:val="28"/>
          <w:lang w:val="ru-RU"/>
        </w:rPr>
        <w:t>анонімне</w:t>
      </w:r>
      <w:r w:rsidR="00364457">
        <w:rPr>
          <w:rFonts w:cs="Times New Roman"/>
          <w:szCs w:val="28"/>
          <w:lang w:val="ru-RU"/>
        </w:rPr>
        <w:t xml:space="preserve"> </w:t>
      </w:r>
      <w:r w:rsidRPr="004B1497">
        <w:rPr>
          <w:rFonts w:cs="Times New Roman"/>
          <w:szCs w:val="28"/>
          <w:lang w:val="ru-RU"/>
        </w:rPr>
        <w:t>опитування</w:t>
      </w:r>
      <w:r w:rsidR="00364457">
        <w:rPr>
          <w:rFonts w:cs="Times New Roman"/>
          <w:szCs w:val="28"/>
          <w:lang w:val="ru-RU"/>
        </w:rPr>
        <w:t xml:space="preserve"> З. </w:t>
      </w:r>
      <w:r w:rsidRPr="004B1497">
        <w:rPr>
          <w:rFonts w:cs="Times New Roman"/>
          <w:szCs w:val="28"/>
          <w:lang w:val="ru-RU"/>
        </w:rPr>
        <w:t>добувачів</w:t>
      </w:r>
      <w:r w:rsidR="00364457">
        <w:rPr>
          <w:rFonts w:cs="Times New Roman"/>
          <w:szCs w:val="28"/>
          <w:lang w:val="ru-RU"/>
        </w:rPr>
        <w:t xml:space="preserve"> </w:t>
      </w:r>
      <w:r w:rsidRPr="004B1497">
        <w:rPr>
          <w:rFonts w:cs="Times New Roman"/>
          <w:szCs w:val="28"/>
          <w:lang w:val="ru-RU"/>
        </w:rPr>
        <w:t>освіти</w:t>
      </w:r>
      <w:r w:rsidR="00364457">
        <w:rPr>
          <w:rFonts w:cs="Times New Roman"/>
          <w:szCs w:val="28"/>
          <w:lang w:val="ru-RU"/>
        </w:rPr>
        <w:t xml:space="preserve"> </w:t>
      </w:r>
      <w:r w:rsidRPr="004B1497">
        <w:rPr>
          <w:rFonts w:cs="Times New Roman"/>
          <w:szCs w:val="28"/>
          <w:lang w:val="ru-RU"/>
        </w:rPr>
        <w:t>щодо</w:t>
      </w:r>
      <w:r w:rsidR="00364457">
        <w:rPr>
          <w:rFonts w:cs="Times New Roman"/>
          <w:szCs w:val="28"/>
          <w:lang w:val="ru-RU"/>
        </w:rPr>
        <w:t xml:space="preserve"> </w:t>
      </w:r>
      <w:r w:rsidRPr="004B1497">
        <w:rPr>
          <w:rFonts w:cs="Times New Roman"/>
          <w:szCs w:val="28"/>
          <w:lang w:val="ru-RU"/>
        </w:rPr>
        <w:t>наявності</w:t>
      </w:r>
      <w:r w:rsidR="00364457">
        <w:rPr>
          <w:rFonts w:cs="Times New Roman"/>
          <w:szCs w:val="28"/>
          <w:lang w:val="ru-RU"/>
        </w:rPr>
        <w:t xml:space="preserve"> </w:t>
      </w:r>
      <w:r w:rsidRPr="004B1497">
        <w:rPr>
          <w:rFonts w:cs="Times New Roman"/>
          <w:szCs w:val="28"/>
          <w:lang w:val="ru-RU"/>
        </w:rPr>
        <w:t>/відсутності</w:t>
      </w:r>
      <w:r w:rsidR="00364457">
        <w:rPr>
          <w:rFonts w:cs="Times New Roman"/>
          <w:szCs w:val="28"/>
          <w:lang w:val="ru-RU"/>
        </w:rPr>
        <w:t xml:space="preserve"> </w:t>
      </w:r>
      <w:r w:rsidRPr="004B1497">
        <w:rPr>
          <w:rFonts w:cs="Times New Roman"/>
          <w:szCs w:val="28"/>
          <w:lang w:val="ru-RU"/>
        </w:rPr>
        <w:t>пору</w:t>
      </w:r>
      <w:r w:rsidR="004B1497" w:rsidRPr="004B1497">
        <w:rPr>
          <w:rFonts w:cs="Times New Roman"/>
          <w:szCs w:val="28"/>
          <w:lang w:val="ru-RU"/>
        </w:rPr>
        <w:t>шень</w:t>
      </w:r>
      <w:r w:rsidR="00364457">
        <w:rPr>
          <w:rFonts w:cs="Times New Roman"/>
          <w:szCs w:val="28"/>
          <w:lang w:val="ru-RU"/>
        </w:rPr>
        <w:t xml:space="preserve"> </w:t>
      </w:r>
      <w:r w:rsidR="004B1497" w:rsidRPr="004B1497">
        <w:rPr>
          <w:rFonts w:cs="Times New Roman"/>
          <w:szCs w:val="28"/>
          <w:lang w:val="ru-RU"/>
        </w:rPr>
        <w:t>академічної</w:t>
      </w:r>
      <w:r w:rsidR="00364457">
        <w:rPr>
          <w:rFonts w:cs="Times New Roman"/>
          <w:szCs w:val="28"/>
          <w:lang w:val="ru-RU"/>
        </w:rPr>
        <w:t xml:space="preserve"> </w:t>
      </w:r>
      <w:r w:rsidR="004B1497" w:rsidRPr="004B1497">
        <w:rPr>
          <w:rFonts w:cs="Times New Roman"/>
          <w:szCs w:val="28"/>
          <w:lang w:val="ru-RU"/>
        </w:rPr>
        <w:t>доброчесності</w:t>
      </w:r>
    </w:p>
    <w:p w:rsidR="005903ED" w:rsidRPr="004B1497" w:rsidRDefault="005903ED" w:rsidP="004B1497">
      <w:pPr>
        <w:pStyle w:val="ae"/>
        <w:widowControl w:val="0"/>
        <w:tabs>
          <w:tab w:val="left" w:pos="0"/>
          <w:tab w:val="left" w:pos="284"/>
          <w:tab w:val="left" w:pos="426"/>
          <w:tab w:val="left" w:pos="567"/>
          <w:tab w:val="left" w:pos="709"/>
        </w:tabs>
        <w:autoSpaceDE w:val="0"/>
        <w:autoSpaceDN w:val="0"/>
        <w:spacing w:after="0"/>
        <w:ind w:left="0" w:right="102"/>
        <w:contextualSpacing w:val="0"/>
        <w:jc w:val="right"/>
        <w:rPr>
          <w:rFonts w:cs="Times New Roman"/>
          <w:szCs w:val="28"/>
          <w:lang w:val="ru-RU"/>
        </w:rPr>
      </w:pPr>
      <w:r w:rsidRPr="004B1497">
        <w:rPr>
          <w:rFonts w:cs="Times New Roman"/>
          <w:szCs w:val="28"/>
          <w:lang w:val="ru-RU"/>
        </w:rPr>
        <w:t>листопад –грудень202</w:t>
      </w:r>
      <w:r w:rsidR="004B1497" w:rsidRPr="004B1497">
        <w:rPr>
          <w:rFonts w:cs="Times New Roman"/>
          <w:szCs w:val="28"/>
          <w:lang w:val="uk-UA"/>
        </w:rPr>
        <w:t xml:space="preserve">6 </w:t>
      </w:r>
      <w:r w:rsidR="004B1497" w:rsidRPr="004B1497">
        <w:rPr>
          <w:rFonts w:cs="Times New Roman"/>
          <w:szCs w:val="28"/>
          <w:lang w:val="ru-RU"/>
        </w:rPr>
        <w:t>року</w:t>
      </w:r>
    </w:p>
    <w:p w:rsidR="005903ED" w:rsidRPr="004B1497" w:rsidRDefault="005903ED" w:rsidP="004B1497">
      <w:pPr>
        <w:pStyle w:val="ae"/>
        <w:widowControl w:val="0"/>
        <w:numPr>
          <w:ilvl w:val="1"/>
          <w:numId w:val="13"/>
        </w:numPr>
        <w:tabs>
          <w:tab w:val="left" w:pos="0"/>
          <w:tab w:val="left" w:pos="284"/>
          <w:tab w:val="left" w:pos="426"/>
          <w:tab w:val="left" w:pos="567"/>
          <w:tab w:val="left" w:pos="851"/>
        </w:tabs>
        <w:autoSpaceDE w:val="0"/>
        <w:autoSpaceDN w:val="0"/>
        <w:spacing w:before="1" w:after="0"/>
        <w:ind w:left="0" w:right="103" w:firstLine="0"/>
        <w:contextualSpacing w:val="0"/>
        <w:jc w:val="both"/>
        <w:rPr>
          <w:rFonts w:cs="Times New Roman"/>
          <w:szCs w:val="28"/>
          <w:lang w:val="ru-RU"/>
        </w:rPr>
      </w:pPr>
      <w:r w:rsidRPr="004B1497">
        <w:rPr>
          <w:rFonts w:cs="Times New Roman"/>
          <w:szCs w:val="28"/>
          <w:lang w:val="ru-RU"/>
        </w:rPr>
        <w:tab/>
        <w:t>Спільно</w:t>
      </w:r>
      <w:r w:rsidR="00364457">
        <w:rPr>
          <w:rFonts w:cs="Times New Roman"/>
          <w:szCs w:val="28"/>
          <w:lang w:val="ru-RU"/>
        </w:rPr>
        <w:t xml:space="preserve"> </w:t>
      </w:r>
      <w:r w:rsidRPr="004B1497">
        <w:rPr>
          <w:rFonts w:cs="Times New Roman"/>
          <w:szCs w:val="28"/>
          <w:lang w:val="ru-RU"/>
        </w:rPr>
        <w:t>із</w:t>
      </w:r>
      <w:r w:rsidR="00364457">
        <w:rPr>
          <w:rFonts w:cs="Times New Roman"/>
          <w:szCs w:val="28"/>
          <w:lang w:val="ru-RU"/>
        </w:rPr>
        <w:t xml:space="preserve"> </w:t>
      </w:r>
      <w:r w:rsidRPr="004B1497">
        <w:rPr>
          <w:rFonts w:cs="Times New Roman"/>
          <w:szCs w:val="28"/>
          <w:lang w:val="ru-RU"/>
        </w:rPr>
        <w:t>завідуючими</w:t>
      </w:r>
      <w:r w:rsidR="00364457">
        <w:rPr>
          <w:rFonts w:cs="Times New Roman"/>
          <w:szCs w:val="28"/>
          <w:lang w:val="ru-RU"/>
        </w:rPr>
        <w:t xml:space="preserve"> </w:t>
      </w:r>
      <w:r w:rsidRPr="004B1497">
        <w:rPr>
          <w:rFonts w:cs="Times New Roman"/>
          <w:szCs w:val="28"/>
          <w:lang w:val="ru-RU"/>
        </w:rPr>
        <w:t>методичними</w:t>
      </w:r>
      <w:r w:rsidR="00364457">
        <w:rPr>
          <w:rFonts w:cs="Times New Roman"/>
          <w:szCs w:val="28"/>
          <w:lang w:val="ru-RU"/>
        </w:rPr>
        <w:t xml:space="preserve"> </w:t>
      </w:r>
      <w:r w:rsidRPr="004B1497">
        <w:rPr>
          <w:rFonts w:cs="Times New Roman"/>
          <w:szCs w:val="28"/>
          <w:lang w:val="ru-RU"/>
        </w:rPr>
        <w:t>комісіями</w:t>
      </w:r>
      <w:r w:rsidR="00364457">
        <w:rPr>
          <w:rFonts w:cs="Times New Roman"/>
          <w:szCs w:val="28"/>
          <w:lang w:val="ru-RU"/>
        </w:rPr>
        <w:t xml:space="preserve"> </w:t>
      </w:r>
      <w:r w:rsidRPr="004B1497">
        <w:rPr>
          <w:rFonts w:cs="Times New Roman"/>
          <w:szCs w:val="28"/>
          <w:lang w:val="ru-RU"/>
        </w:rPr>
        <w:t>проводити</w:t>
      </w:r>
      <w:r w:rsidR="00364457">
        <w:rPr>
          <w:rFonts w:cs="Times New Roman"/>
          <w:szCs w:val="28"/>
          <w:lang w:val="ru-RU"/>
        </w:rPr>
        <w:t xml:space="preserve"> </w:t>
      </w:r>
      <w:r w:rsidRPr="004B1497">
        <w:rPr>
          <w:rFonts w:cs="Times New Roman"/>
          <w:szCs w:val="28"/>
          <w:lang w:val="ru-RU"/>
        </w:rPr>
        <w:t>інструктивно-методичні</w:t>
      </w:r>
      <w:r w:rsidR="00364457">
        <w:rPr>
          <w:rFonts w:cs="Times New Roman"/>
          <w:szCs w:val="28"/>
          <w:lang w:val="ru-RU"/>
        </w:rPr>
        <w:t xml:space="preserve"> </w:t>
      </w:r>
      <w:r w:rsidRPr="004B1497">
        <w:rPr>
          <w:rFonts w:cs="Times New Roman"/>
          <w:szCs w:val="28"/>
          <w:lang w:val="ru-RU"/>
        </w:rPr>
        <w:t>наради</w:t>
      </w:r>
      <w:r w:rsidR="00094E4C">
        <w:rPr>
          <w:rFonts w:cs="Times New Roman"/>
          <w:szCs w:val="28"/>
          <w:lang w:val="ru-RU"/>
        </w:rPr>
        <w:t xml:space="preserve"> З. </w:t>
      </w:r>
      <w:r w:rsidRPr="004B1497">
        <w:rPr>
          <w:rFonts w:cs="Times New Roman"/>
          <w:szCs w:val="28"/>
          <w:lang w:val="ru-RU"/>
        </w:rPr>
        <w:t>питань</w:t>
      </w:r>
      <w:r w:rsidR="00364457">
        <w:rPr>
          <w:rFonts w:cs="Times New Roman"/>
          <w:szCs w:val="28"/>
          <w:lang w:val="ru-RU"/>
        </w:rPr>
        <w:t xml:space="preserve"> </w:t>
      </w:r>
      <w:r w:rsidRPr="004B1497">
        <w:rPr>
          <w:rFonts w:cs="Times New Roman"/>
          <w:szCs w:val="28"/>
          <w:lang w:val="ru-RU"/>
        </w:rPr>
        <w:t>організації</w:t>
      </w:r>
      <w:r w:rsidR="00364457">
        <w:rPr>
          <w:rFonts w:cs="Times New Roman"/>
          <w:szCs w:val="28"/>
          <w:lang w:val="ru-RU"/>
        </w:rPr>
        <w:t xml:space="preserve"> </w:t>
      </w:r>
      <w:r w:rsidRPr="004B1497">
        <w:rPr>
          <w:rFonts w:cs="Times New Roman"/>
          <w:szCs w:val="28"/>
          <w:lang w:val="ru-RU"/>
        </w:rPr>
        <w:t>освітнього</w:t>
      </w:r>
      <w:r w:rsidR="00094E4C">
        <w:rPr>
          <w:rFonts w:cs="Times New Roman"/>
          <w:szCs w:val="28"/>
          <w:lang w:val="ru-RU"/>
        </w:rPr>
        <w:t xml:space="preserve"> процессу </w:t>
      </w:r>
      <w:r w:rsidRPr="004B1497">
        <w:rPr>
          <w:rFonts w:cs="Times New Roman"/>
          <w:szCs w:val="28"/>
          <w:lang w:val="ru-RU"/>
        </w:rPr>
        <w:t>в</w:t>
      </w:r>
      <w:r w:rsidR="00094E4C">
        <w:rPr>
          <w:rFonts w:cs="Times New Roman"/>
          <w:szCs w:val="28"/>
          <w:lang w:val="ru-RU"/>
        </w:rPr>
        <w:t>гімназії</w:t>
      </w:r>
      <w:r w:rsidRPr="004B1497">
        <w:rPr>
          <w:rFonts w:cs="Times New Roman"/>
          <w:szCs w:val="28"/>
          <w:lang w:val="ru-RU"/>
        </w:rPr>
        <w:t>,упровадження</w:t>
      </w:r>
      <w:r w:rsidR="00364457">
        <w:rPr>
          <w:rFonts w:cs="Times New Roman"/>
          <w:szCs w:val="28"/>
          <w:lang w:val="ru-RU"/>
        </w:rPr>
        <w:t xml:space="preserve"> </w:t>
      </w:r>
      <w:r w:rsidRPr="004B1497">
        <w:rPr>
          <w:rFonts w:cs="Times New Roman"/>
          <w:szCs w:val="28"/>
          <w:lang w:val="ru-RU"/>
        </w:rPr>
        <w:t>інноваційних</w:t>
      </w:r>
      <w:r w:rsidR="00364457">
        <w:rPr>
          <w:rFonts w:cs="Times New Roman"/>
          <w:szCs w:val="28"/>
          <w:lang w:val="ru-RU"/>
        </w:rPr>
        <w:t xml:space="preserve"> </w:t>
      </w:r>
      <w:r w:rsidRPr="004B1497">
        <w:rPr>
          <w:rFonts w:cs="Times New Roman"/>
          <w:szCs w:val="28"/>
          <w:lang w:val="ru-RU"/>
        </w:rPr>
        <w:t>технологій</w:t>
      </w:r>
      <w:r w:rsidR="00364457">
        <w:rPr>
          <w:rFonts w:cs="Times New Roman"/>
          <w:szCs w:val="28"/>
          <w:lang w:val="ru-RU"/>
        </w:rPr>
        <w:t xml:space="preserve"> </w:t>
      </w:r>
      <w:r w:rsidRPr="004B1497">
        <w:rPr>
          <w:rFonts w:cs="Times New Roman"/>
          <w:szCs w:val="28"/>
          <w:lang w:val="ru-RU"/>
        </w:rPr>
        <w:t>навчання.</w:t>
      </w:r>
    </w:p>
    <w:p w:rsidR="005903ED" w:rsidRPr="004B1497" w:rsidRDefault="005903ED" w:rsidP="004B1497">
      <w:pPr>
        <w:pStyle w:val="af0"/>
        <w:tabs>
          <w:tab w:val="left" w:pos="0"/>
          <w:tab w:val="left" w:pos="284"/>
          <w:tab w:val="left" w:pos="426"/>
          <w:tab w:val="left" w:pos="567"/>
          <w:tab w:val="left" w:pos="2090"/>
        </w:tabs>
        <w:spacing w:after="0"/>
        <w:jc w:val="right"/>
        <w:rPr>
          <w:rFonts w:cs="Times New Roman"/>
          <w:szCs w:val="28"/>
        </w:rPr>
      </w:pPr>
      <w:r w:rsidRPr="004B1497">
        <w:rPr>
          <w:rFonts w:cs="Times New Roman"/>
          <w:szCs w:val="28"/>
        </w:rPr>
        <w:t>Періодично</w:t>
      </w:r>
      <w:r w:rsidR="00364457">
        <w:rPr>
          <w:rFonts w:cs="Times New Roman"/>
          <w:szCs w:val="28"/>
          <w:lang w:val="uk-UA"/>
        </w:rPr>
        <w:t xml:space="preserve"> </w:t>
      </w:r>
      <w:r w:rsidRPr="004B1497">
        <w:rPr>
          <w:rFonts w:cs="Times New Roman"/>
          <w:szCs w:val="28"/>
        </w:rPr>
        <w:t>упродовж</w:t>
      </w:r>
      <w:r w:rsidR="00364457">
        <w:rPr>
          <w:rFonts w:cs="Times New Roman"/>
          <w:szCs w:val="28"/>
          <w:lang w:val="uk-UA"/>
        </w:rPr>
        <w:t xml:space="preserve"> </w:t>
      </w:r>
      <w:r w:rsidRPr="004B1497">
        <w:rPr>
          <w:rFonts w:cs="Times New Roman"/>
          <w:szCs w:val="28"/>
        </w:rPr>
        <w:t>навчального</w:t>
      </w:r>
      <w:r w:rsidR="00364457">
        <w:rPr>
          <w:rFonts w:cs="Times New Roman"/>
          <w:szCs w:val="28"/>
          <w:lang w:val="uk-UA"/>
        </w:rPr>
        <w:t xml:space="preserve"> </w:t>
      </w:r>
      <w:r w:rsidRPr="004B1497">
        <w:rPr>
          <w:rFonts w:cs="Times New Roman"/>
          <w:szCs w:val="28"/>
        </w:rPr>
        <w:t>року.</w:t>
      </w:r>
    </w:p>
    <w:p w:rsidR="005903ED" w:rsidRPr="00364457" w:rsidRDefault="005903ED" w:rsidP="004B1497">
      <w:pPr>
        <w:pStyle w:val="ae"/>
        <w:widowControl w:val="0"/>
        <w:numPr>
          <w:ilvl w:val="1"/>
          <w:numId w:val="13"/>
        </w:numPr>
        <w:tabs>
          <w:tab w:val="left" w:pos="0"/>
          <w:tab w:val="left" w:pos="284"/>
          <w:tab w:val="left" w:pos="426"/>
          <w:tab w:val="left" w:pos="567"/>
          <w:tab w:val="left" w:pos="709"/>
        </w:tabs>
        <w:autoSpaceDE w:val="0"/>
        <w:autoSpaceDN w:val="0"/>
        <w:spacing w:after="0"/>
        <w:ind w:left="0" w:right="105" w:firstLine="0"/>
        <w:contextualSpacing w:val="0"/>
        <w:jc w:val="both"/>
        <w:rPr>
          <w:rFonts w:cs="Times New Roman"/>
          <w:szCs w:val="28"/>
          <w:lang w:val="ru-RU"/>
        </w:rPr>
      </w:pPr>
      <w:r w:rsidRPr="00094E4C">
        <w:rPr>
          <w:rFonts w:cs="Times New Roman"/>
          <w:szCs w:val="28"/>
        </w:rPr>
        <w:tab/>
      </w:r>
      <w:r w:rsidRPr="004B1497">
        <w:rPr>
          <w:rFonts w:cs="Times New Roman"/>
          <w:szCs w:val="28"/>
          <w:lang w:val="ru-RU"/>
        </w:rPr>
        <w:t>Моніторити</w:t>
      </w:r>
      <w:r w:rsidR="00364457" w:rsidRPr="00364457">
        <w:rPr>
          <w:rFonts w:cs="Times New Roman"/>
          <w:szCs w:val="28"/>
          <w:lang w:val="ru-RU"/>
        </w:rPr>
        <w:t xml:space="preserve"> </w:t>
      </w:r>
      <w:r w:rsidRPr="004B1497">
        <w:rPr>
          <w:rFonts w:cs="Times New Roman"/>
          <w:szCs w:val="28"/>
          <w:lang w:val="ru-RU"/>
        </w:rPr>
        <w:t>навчально</w:t>
      </w:r>
      <w:r w:rsidRPr="00364457">
        <w:rPr>
          <w:rFonts w:cs="Times New Roman"/>
          <w:szCs w:val="28"/>
          <w:lang w:val="ru-RU"/>
        </w:rPr>
        <w:t>-</w:t>
      </w:r>
      <w:r w:rsidRPr="004B1497">
        <w:rPr>
          <w:rFonts w:cs="Times New Roman"/>
          <w:szCs w:val="28"/>
          <w:lang w:val="ru-RU"/>
        </w:rPr>
        <w:t>методичне</w:t>
      </w:r>
      <w:r w:rsidR="00364457" w:rsidRPr="00364457">
        <w:rPr>
          <w:rFonts w:cs="Times New Roman"/>
          <w:szCs w:val="28"/>
          <w:lang w:val="ru-RU"/>
        </w:rPr>
        <w:t xml:space="preserve"> </w:t>
      </w:r>
      <w:r w:rsidRPr="004B1497">
        <w:rPr>
          <w:rFonts w:cs="Times New Roman"/>
          <w:szCs w:val="28"/>
          <w:lang w:val="ru-RU"/>
        </w:rPr>
        <w:t>забезпеченн</w:t>
      </w:r>
      <w:r w:rsidR="00364457" w:rsidRPr="00364457">
        <w:rPr>
          <w:rFonts w:cs="Times New Roman"/>
          <w:szCs w:val="28"/>
          <w:lang w:val="ru-RU"/>
        </w:rPr>
        <w:t xml:space="preserve"> </w:t>
      </w:r>
      <w:r w:rsidRPr="004B1497">
        <w:rPr>
          <w:rFonts w:cs="Times New Roman"/>
          <w:szCs w:val="28"/>
          <w:lang w:val="ru-RU"/>
        </w:rPr>
        <w:t>явикладання</w:t>
      </w:r>
      <w:r w:rsidR="00364457" w:rsidRPr="00364457">
        <w:rPr>
          <w:rFonts w:cs="Times New Roman"/>
          <w:szCs w:val="28"/>
          <w:lang w:val="ru-RU"/>
        </w:rPr>
        <w:t xml:space="preserve"> </w:t>
      </w:r>
      <w:r w:rsidRPr="004B1497">
        <w:rPr>
          <w:rFonts w:cs="Times New Roman"/>
          <w:szCs w:val="28"/>
          <w:lang w:val="ru-RU"/>
        </w:rPr>
        <w:t>навчальних</w:t>
      </w:r>
      <w:r w:rsidR="00364457">
        <w:rPr>
          <w:rFonts w:cs="Times New Roman"/>
          <w:szCs w:val="28"/>
          <w:lang w:val="ru-RU"/>
        </w:rPr>
        <w:t xml:space="preserve"> </w:t>
      </w:r>
      <w:r w:rsidRPr="004B1497">
        <w:rPr>
          <w:rFonts w:cs="Times New Roman"/>
          <w:szCs w:val="28"/>
          <w:lang w:val="ru-RU"/>
        </w:rPr>
        <w:t>предметів</w:t>
      </w:r>
      <w:r w:rsidRPr="00364457">
        <w:rPr>
          <w:rFonts w:cs="Times New Roman"/>
          <w:szCs w:val="28"/>
          <w:lang w:val="ru-RU"/>
        </w:rPr>
        <w:t>,</w:t>
      </w:r>
      <w:r w:rsidRPr="004B1497">
        <w:rPr>
          <w:rFonts w:cs="Times New Roman"/>
          <w:szCs w:val="28"/>
          <w:lang w:val="ru-RU"/>
        </w:rPr>
        <w:t>проведення</w:t>
      </w:r>
      <w:r w:rsidR="00364457">
        <w:rPr>
          <w:rFonts w:cs="Times New Roman"/>
          <w:szCs w:val="28"/>
          <w:lang w:val="ru-RU"/>
        </w:rPr>
        <w:t xml:space="preserve"> </w:t>
      </w:r>
      <w:r w:rsidRPr="004B1497">
        <w:rPr>
          <w:rFonts w:cs="Times New Roman"/>
          <w:szCs w:val="28"/>
          <w:lang w:val="ru-RU"/>
        </w:rPr>
        <w:t>позакласних</w:t>
      </w:r>
      <w:r w:rsidR="00364457">
        <w:rPr>
          <w:rFonts w:cs="Times New Roman"/>
          <w:szCs w:val="28"/>
          <w:lang w:val="ru-RU"/>
        </w:rPr>
        <w:t xml:space="preserve"> </w:t>
      </w:r>
      <w:r w:rsidRPr="004B1497">
        <w:rPr>
          <w:rFonts w:cs="Times New Roman"/>
          <w:szCs w:val="28"/>
          <w:lang w:val="ru-RU"/>
        </w:rPr>
        <w:t>заходів</w:t>
      </w:r>
      <w:r w:rsidR="00094E4C" w:rsidRPr="00364457">
        <w:rPr>
          <w:rFonts w:cs="Times New Roman"/>
          <w:szCs w:val="28"/>
          <w:lang w:val="ru-RU"/>
        </w:rPr>
        <w:t xml:space="preserve"> </w:t>
      </w:r>
      <w:r w:rsidR="00094E4C">
        <w:rPr>
          <w:rFonts w:cs="Times New Roman"/>
          <w:szCs w:val="28"/>
          <w:lang w:val="ru-RU"/>
        </w:rPr>
        <w:t>З</w:t>
      </w:r>
      <w:r w:rsidR="00094E4C" w:rsidRPr="00364457">
        <w:rPr>
          <w:rFonts w:cs="Times New Roman"/>
          <w:szCs w:val="28"/>
          <w:lang w:val="ru-RU"/>
        </w:rPr>
        <w:t xml:space="preserve">. </w:t>
      </w:r>
      <w:r w:rsidRPr="004B1497">
        <w:rPr>
          <w:rFonts w:cs="Times New Roman"/>
          <w:szCs w:val="28"/>
          <w:lang w:val="ru-RU"/>
        </w:rPr>
        <w:t>метою</w:t>
      </w:r>
      <w:r w:rsidR="00364457">
        <w:rPr>
          <w:rFonts w:cs="Times New Roman"/>
          <w:szCs w:val="28"/>
          <w:lang w:val="ru-RU"/>
        </w:rPr>
        <w:t xml:space="preserve"> </w:t>
      </w:r>
      <w:r w:rsidRPr="004B1497">
        <w:rPr>
          <w:rFonts w:cs="Times New Roman"/>
          <w:szCs w:val="28"/>
          <w:lang w:val="ru-RU"/>
        </w:rPr>
        <w:t>удосконалення</w:t>
      </w:r>
      <w:r w:rsidR="00364457">
        <w:rPr>
          <w:rFonts w:cs="Times New Roman"/>
          <w:szCs w:val="28"/>
          <w:lang w:val="ru-RU"/>
        </w:rPr>
        <w:t xml:space="preserve"> </w:t>
      </w:r>
      <w:r w:rsidRPr="004B1497">
        <w:rPr>
          <w:rFonts w:cs="Times New Roman"/>
          <w:szCs w:val="28"/>
          <w:lang w:val="ru-RU"/>
        </w:rPr>
        <w:t>всебічного</w:t>
      </w:r>
      <w:r w:rsidR="00364457">
        <w:rPr>
          <w:rFonts w:cs="Times New Roman"/>
          <w:szCs w:val="28"/>
          <w:lang w:val="ru-RU"/>
        </w:rPr>
        <w:t xml:space="preserve"> </w:t>
      </w:r>
      <w:r w:rsidRPr="004B1497">
        <w:rPr>
          <w:rFonts w:cs="Times New Roman"/>
          <w:szCs w:val="28"/>
          <w:lang w:val="ru-RU"/>
        </w:rPr>
        <w:t>забезпечення</w:t>
      </w:r>
      <w:r w:rsidR="00364457">
        <w:rPr>
          <w:rFonts w:cs="Times New Roman"/>
          <w:szCs w:val="28"/>
          <w:lang w:val="ru-RU"/>
        </w:rPr>
        <w:t xml:space="preserve"> </w:t>
      </w:r>
      <w:r w:rsidRPr="004B1497">
        <w:rPr>
          <w:rFonts w:cs="Times New Roman"/>
          <w:szCs w:val="28"/>
          <w:lang w:val="ru-RU"/>
        </w:rPr>
        <w:t>освітнього</w:t>
      </w:r>
      <w:r w:rsidR="00364457">
        <w:rPr>
          <w:rFonts w:cs="Times New Roman"/>
          <w:szCs w:val="28"/>
          <w:lang w:val="ru-RU"/>
        </w:rPr>
        <w:t xml:space="preserve"> </w:t>
      </w:r>
      <w:r w:rsidRPr="004B1497">
        <w:rPr>
          <w:rFonts w:cs="Times New Roman"/>
          <w:szCs w:val="28"/>
          <w:lang w:val="ru-RU"/>
        </w:rPr>
        <w:t>процесу</w:t>
      </w:r>
      <w:r w:rsidRPr="00364457">
        <w:rPr>
          <w:rFonts w:cs="Times New Roman"/>
          <w:szCs w:val="28"/>
          <w:lang w:val="ru-RU"/>
        </w:rPr>
        <w:t>.</w:t>
      </w:r>
    </w:p>
    <w:p w:rsidR="005903ED" w:rsidRPr="004B1497" w:rsidRDefault="005903ED" w:rsidP="004B1497">
      <w:pPr>
        <w:pStyle w:val="af0"/>
        <w:tabs>
          <w:tab w:val="left" w:pos="0"/>
          <w:tab w:val="left" w:pos="284"/>
          <w:tab w:val="left" w:pos="426"/>
        </w:tabs>
        <w:spacing w:after="0"/>
        <w:jc w:val="right"/>
        <w:rPr>
          <w:rFonts w:cs="Times New Roman"/>
          <w:szCs w:val="28"/>
        </w:rPr>
      </w:pPr>
      <w:r w:rsidRPr="004B1497">
        <w:rPr>
          <w:rFonts w:cs="Times New Roman"/>
          <w:szCs w:val="28"/>
        </w:rPr>
        <w:t>Постійно</w:t>
      </w:r>
      <w:r w:rsidR="00364457">
        <w:rPr>
          <w:rFonts w:cs="Times New Roman"/>
          <w:szCs w:val="28"/>
          <w:lang w:val="uk-UA"/>
        </w:rPr>
        <w:t xml:space="preserve"> </w:t>
      </w:r>
      <w:r w:rsidRPr="004B1497">
        <w:rPr>
          <w:rFonts w:cs="Times New Roman"/>
          <w:szCs w:val="28"/>
        </w:rPr>
        <w:t>упродовж</w:t>
      </w:r>
      <w:r w:rsidR="00364457">
        <w:rPr>
          <w:rFonts w:cs="Times New Roman"/>
          <w:szCs w:val="28"/>
          <w:lang w:val="uk-UA"/>
        </w:rPr>
        <w:t xml:space="preserve"> </w:t>
      </w:r>
      <w:r w:rsidRPr="004B1497">
        <w:rPr>
          <w:rFonts w:cs="Times New Roman"/>
          <w:szCs w:val="28"/>
        </w:rPr>
        <w:t>навчального</w:t>
      </w:r>
      <w:r w:rsidR="00364457">
        <w:rPr>
          <w:rFonts w:cs="Times New Roman"/>
          <w:szCs w:val="28"/>
          <w:lang w:val="uk-UA"/>
        </w:rPr>
        <w:t xml:space="preserve"> </w:t>
      </w:r>
      <w:r w:rsidRPr="004B1497">
        <w:rPr>
          <w:rFonts w:cs="Times New Roman"/>
          <w:szCs w:val="28"/>
        </w:rPr>
        <w:t>року.</w:t>
      </w:r>
    </w:p>
    <w:p w:rsidR="005903ED" w:rsidRPr="004B1497" w:rsidRDefault="005903ED" w:rsidP="004B1497">
      <w:pPr>
        <w:pStyle w:val="ae"/>
        <w:widowControl w:val="0"/>
        <w:numPr>
          <w:ilvl w:val="1"/>
          <w:numId w:val="13"/>
        </w:numPr>
        <w:tabs>
          <w:tab w:val="left" w:pos="0"/>
          <w:tab w:val="left" w:pos="284"/>
          <w:tab w:val="left" w:pos="426"/>
          <w:tab w:val="left" w:pos="709"/>
        </w:tabs>
        <w:autoSpaceDE w:val="0"/>
        <w:autoSpaceDN w:val="0"/>
        <w:spacing w:after="0"/>
        <w:ind w:left="0" w:firstLine="0"/>
        <w:contextualSpacing w:val="0"/>
        <w:rPr>
          <w:rFonts w:cs="Times New Roman"/>
          <w:szCs w:val="28"/>
          <w:lang w:val="ru-RU"/>
        </w:rPr>
      </w:pPr>
      <w:r w:rsidRPr="004B1497">
        <w:rPr>
          <w:rFonts w:cs="Times New Roman"/>
          <w:szCs w:val="28"/>
          <w:lang w:val="ru-RU"/>
        </w:rPr>
        <w:t>Сприяти</w:t>
      </w:r>
      <w:r w:rsidR="00364457">
        <w:rPr>
          <w:rFonts w:cs="Times New Roman"/>
          <w:szCs w:val="28"/>
          <w:lang w:val="ru-RU"/>
        </w:rPr>
        <w:t xml:space="preserve"> </w:t>
      </w:r>
      <w:r w:rsidRPr="004B1497">
        <w:rPr>
          <w:rFonts w:cs="Times New Roman"/>
          <w:szCs w:val="28"/>
          <w:lang w:val="ru-RU"/>
        </w:rPr>
        <w:t>поширенню</w:t>
      </w:r>
      <w:r w:rsidR="00364457">
        <w:rPr>
          <w:rFonts w:cs="Times New Roman"/>
          <w:szCs w:val="28"/>
          <w:lang w:val="ru-RU"/>
        </w:rPr>
        <w:t xml:space="preserve"> </w:t>
      </w:r>
      <w:r w:rsidRPr="004B1497">
        <w:rPr>
          <w:rFonts w:cs="Times New Roman"/>
          <w:szCs w:val="28"/>
          <w:lang w:val="ru-RU"/>
        </w:rPr>
        <w:t>досвіду</w:t>
      </w:r>
      <w:r w:rsidR="00364457">
        <w:rPr>
          <w:rFonts w:cs="Times New Roman"/>
          <w:szCs w:val="28"/>
          <w:lang w:val="ru-RU"/>
        </w:rPr>
        <w:t xml:space="preserve"> </w:t>
      </w:r>
      <w:r w:rsidRPr="004B1497">
        <w:rPr>
          <w:rFonts w:cs="Times New Roman"/>
          <w:szCs w:val="28"/>
          <w:lang w:val="ru-RU"/>
        </w:rPr>
        <w:t>роботи</w:t>
      </w:r>
      <w:r w:rsidR="00364457">
        <w:rPr>
          <w:rFonts w:cs="Times New Roman"/>
          <w:szCs w:val="28"/>
          <w:lang w:val="ru-RU"/>
        </w:rPr>
        <w:t xml:space="preserve"> </w:t>
      </w:r>
      <w:r w:rsidRPr="004B1497">
        <w:rPr>
          <w:rFonts w:cs="Times New Roman"/>
          <w:szCs w:val="28"/>
          <w:lang w:val="ru-RU"/>
        </w:rPr>
        <w:t>педагогічних</w:t>
      </w:r>
      <w:r w:rsidR="00364457">
        <w:rPr>
          <w:rFonts w:cs="Times New Roman"/>
          <w:szCs w:val="28"/>
          <w:lang w:val="ru-RU"/>
        </w:rPr>
        <w:t xml:space="preserve"> </w:t>
      </w:r>
      <w:r w:rsidRPr="004B1497">
        <w:rPr>
          <w:rFonts w:cs="Times New Roman"/>
          <w:szCs w:val="28"/>
          <w:lang w:val="ru-RU"/>
        </w:rPr>
        <w:t>працівників.</w:t>
      </w:r>
    </w:p>
    <w:p w:rsidR="00C243E4" w:rsidRPr="004B1497" w:rsidRDefault="005903ED" w:rsidP="004B1497">
      <w:pPr>
        <w:pStyle w:val="af0"/>
        <w:tabs>
          <w:tab w:val="left" w:pos="0"/>
          <w:tab w:val="left" w:pos="284"/>
          <w:tab w:val="left" w:pos="426"/>
        </w:tabs>
        <w:spacing w:before="137" w:after="0"/>
        <w:jc w:val="right"/>
        <w:rPr>
          <w:rFonts w:cs="Times New Roman"/>
          <w:szCs w:val="28"/>
        </w:rPr>
      </w:pPr>
      <w:r w:rsidRPr="004B1497">
        <w:rPr>
          <w:rFonts w:cs="Times New Roman"/>
          <w:szCs w:val="28"/>
        </w:rPr>
        <w:t>Постійно</w:t>
      </w:r>
      <w:r w:rsidR="00364457">
        <w:rPr>
          <w:rFonts w:cs="Times New Roman"/>
          <w:szCs w:val="28"/>
          <w:lang w:val="uk-UA"/>
        </w:rPr>
        <w:t xml:space="preserve"> </w:t>
      </w:r>
      <w:r w:rsidRPr="004B1497">
        <w:rPr>
          <w:rFonts w:cs="Times New Roman"/>
          <w:szCs w:val="28"/>
        </w:rPr>
        <w:t>упродовж</w:t>
      </w:r>
      <w:r w:rsidR="00364457">
        <w:rPr>
          <w:rFonts w:cs="Times New Roman"/>
          <w:szCs w:val="28"/>
          <w:lang w:val="uk-UA"/>
        </w:rPr>
        <w:t xml:space="preserve"> </w:t>
      </w:r>
      <w:r w:rsidRPr="004B1497">
        <w:rPr>
          <w:rFonts w:cs="Times New Roman"/>
          <w:szCs w:val="28"/>
        </w:rPr>
        <w:t>навчального</w:t>
      </w:r>
      <w:r w:rsidR="00364457">
        <w:rPr>
          <w:rFonts w:cs="Times New Roman"/>
          <w:szCs w:val="28"/>
          <w:lang w:val="uk-UA"/>
        </w:rPr>
        <w:t xml:space="preserve"> </w:t>
      </w:r>
      <w:r w:rsidRPr="004B1497">
        <w:rPr>
          <w:rFonts w:cs="Times New Roman"/>
          <w:szCs w:val="28"/>
        </w:rPr>
        <w:t>року.</w:t>
      </w:r>
    </w:p>
    <w:p w:rsidR="004B1497" w:rsidRPr="004B1497" w:rsidRDefault="004B1497" w:rsidP="004B1497">
      <w:pPr>
        <w:pStyle w:val="ae"/>
        <w:numPr>
          <w:ilvl w:val="0"/>
          <w:numId w:val="13"/>
        </w:numPr>
        <w:tabs>
          <w:tab w:val="left" w:pos="284"/>
        </w:tabs>
        <w:spacing w:after="0"/>
        <w:ind w:left="0" w:firstLine="0"/>
        <w:rPr>
          <w:rFonts w:cs="Times New Roman"/>
          <w:szCs w:val="28"/>
          <w:lang w:val="ru-RU"/>
        </w:rPr>
      </w:pPr>
      <w:r w:rsidRPr="004B1497">
        <w:rPr>
          <w:rFonts w:cs="Times New Roman"/>
          <w:b/>
          <w:szCs w:val="28"/>
          <w:lang w:val="ru-RU"/>
        </w:rPr>
        <w:t>Педагогічним</w:t>
      </w:r>
      <w:r w:rsidR="00364457">
        <w:rPr>
          <w:rFonts w:cs="Times New Roman"/>
          <w:b/>
          <w:szCs w:val="28"/>
          <w:lang w:val="ru-RU"/>
        </w:rPr>
        <w:t xml:space="preserve"> </w:t>
      </w:r>
      <w:r w:rsidRPr="004B1497">
        <w:rPr>
          <w:rFonts w:cs="Times New Roman"/>
          <w:b/>
          <w:szCs w:val="28"/>
          <w:lang w:val="ru-RU"/>
        </w:rPr>
        <w:t>працівникам:</w:t>
      </w:r>
    </w:p>
    <w:p w:rsidR="004B1497" w:rsidRPr="004B1497" w:rsidRDefault="004B1497" w:rsidP="004B1497">
      <w:pPr>
        <w:pStyle w:val="ae"/>
        <w:numPr>
          <w:ilvl w:val="1"/>
          <w:numId w:val="13"/>
        </w:numPr>
        <w:tabs>
          <w:tab w:val="left" w:pos="284"/>
        </w:tabs>
        <w:spacing w:after="0"/>
        <w:ind w:left="0" w:firstLine="0"/>
        <w:rPr>
          <w:rFonts w:cs="Times New Roman"/>
          <w:szCs w:val="28"/>
          <w:lang w:val="ru-RU"/>
        </w:rPr>
      </w:pPr>
      <w:r w:rsidRPr="004B1497">
        <w:rPr>
          <w:rFonts w:cs="Times New Roman"/>
          <w:szCs w:val="28"/>
          <w:lang w:val="ru-RU"/>
        </w:rPr>
        <w:t>брати участь у роботі</w:t>
      </w:r>
      <w:r w:rsidR="00364457">
        <w:rPr>
          <w:rFonts w:cs="Times New Roman"/>
          <w:szCs w:val="28"/>
          <w:lang w:val="ru-RU"/>
        </w:rPr>
        <w:t xml:space="preserve"> </w:t>
      </w:r>
      <w:r w:rsidRPr="004B1497">
        <w:rPr>
          <w:rFonts w:cs="Times New Roman"/>
          <w:szCs w:val="28"/>
          <w:lang w:val="ru-RU"/>
        </w:rPr>
        <w:t>методичних структур, заходах професійного</w:t>
      </w:r>
      <w:r w:rsidR="00364457">
        <w:rPr>
          <w:rFonts w:cs="Times New Roman"/>
          <w:szCs w:val="28"/>
          <w:lang w:val="ru-RU"/>
        </w:rPr>
        <w:t xml:space="preserve"> </w:t>
      </w:r>
      <w:r w:rsidRPr="004B1497">
        <w:rPr>
          <w:rFonts w:cs="Times New Roman"/>
          <w:szCs w:val="28"/>
          <w:lang w:val="ru-RU"/>
        </w:rPr>
        <w:t>розвитку та реалізації</w:t>
      </w:r>
      <w:r w:rsidR="00364457">
        <w:rPr>
          <w:rFonts w:cs="Times New Roman"/>
          <w:szCs w:val="28"/>
          <w:lang w:val="ru-RU"/>
        </w:rPr>
        <w:t xml:space="preserve"> </w:t>
      </w:r>
      <w:r w:rsidRPr="004B1497">
        <w:rPr>
          <w:rFonts w:cs="Times New Roman"/>
          <w:szCs w:val="28"/>
          <w:lang w:val="ru-RU"/>
        </w:rPr>
        <w:t>освітньо-методичної теми закладу;</w:t>
      </w:r>
    </w:p>
    <w:p w:rsidR="004B1497" w:rsidRPr="004B1497" w:rsidRDefault="004B1497" w:rsidP="004B1497">
      <w:pPr>
        <w:pStyle w:val="ae"/>
        <w:numPr>
          <w:ilvl w:val="1"/>
          <w:numId w:val="13"/>
        </w:numPr>
        <w:tabs>
          <w:tab w:val="left" w:pos="284"/>
        </w:tabs>
        <w:spacing w:after="0"/>
        <w:ind w:left="0" w:firstLine="0"/>
        <w:rPr>
          <w:rFonts w:cs="Times New Roman"/>
          <w:szCs w:val="28"/>
          <w:lang w:val="ru-RU"/>
        </w:rPr>
      </w:pPr>
      <w:r w:rsidRPr="004B1497">
        <w:rPr>
          <w:rFonts w:cs="Times New Roman"/>
          <w:szCs w:val="28"/>
          <w:lang w:val="ru-RU"/>
        </w:rPr>
        <w:t>здійснювати</w:t>
      </w:r>
      <w:r w:rsidR="00364457">
        <w:rPr>
          <w:rFonts w:cs="Times New Roman"/>
          <w:szCs w:val="28"/>
          <w:lang w:val="ru-RU"/>
        </w:rPr>
        <w:t xml:space="preserve"> </w:t>
      </w:r>
      <w:r w:rsidRPr="004B1497">
        <w:rPr>
          <w:rFonts w:cs="Times New Roman"/>
          <w:szCs w:val="28"/>
          <w:lang w:val="ru-RU"/>
        </w:rPr>
        <w:t>безперервний</w:t>
      </w:r>
      <w:r w:rsidR="00364457">
        <w:rPr>
          <w:rFonts w:cs="Times New Roman"/>
          <w:szCs w:val="28"/>
          <w:lang w:val="ru-RU"/>
        </w:rPr>
        <w:t xml:space="preserve"> </w:t>
      </w:r>
      <w:r w:rsidRPr="004B1497">
        <w:rPr>
          <w:rFonts w:cs="Times New Roman"/>
          <w:szCs w:val="28"/>
          <w:lang w:val="ru-RU"/>
        </w:rPr>
        <w:t>професійний</w:t>
      </w:r>
      <w:r w:rsidR="00364457">
        <w:rPr>
          <w:rFonts w:cs="Times New Roman"/>
          <w:szCs w:val="28"/>
          <w:lang w:val="ru-RU"/>
        </w:rPr>
        <w:t xml:space="preserve"> </w:t>
      </w:r>
      <w:r w:rsidRPr="004B1497">
        <w:rPr>
          <w:rFonts w:cs="Times New Roman"/>
          <w:szCs w:val="28"/>
          <w:lang w:val="ru-RU"/>
        </w:rPr>
        <w:t>розвиток</w:t>
      </w:r>
      <w:r w:rsidR="00364457">
        <w:rPr>
          <w:rFonts w:cs="Times New Roman"/>
          <w:szCs w:val="28"/>
          <w:lang w:val="ru-RU"/>
        </w:rPr>
        <w:t xml:space="preserve"> </w:t>
      </w:r>
      <w:r w:rsidRPr="004B1497">
        <w:rPr>
          <w:rFonts w:cs="Times New Roman"/>
          <w:szCs w:val="28"/>
          <w:lang w:val="ru-RU"/>
        </w:rPr>
        <w:t>відповідно до власної</w:t>
      </w:r>
      <w:r w:rsidR="00364457">
        <w:rPr>
          <w:rFonts w:cs="Times New Roman"/>
          <w:szCs w:val="28"/>
          <w:lang w:val="ru-RU"/>
        </w:rPr>
        <w:t xml:space="preserve"> </w:t>
      </w:r>
      <w:r w:rsidRPr="004B1497">
        <w:rPr>
          <w:rFonts w:cs="Times New Roman"/>
          <w:szCs w:val="28"/>
          <w:lang w:val="ru-RU"/>
        </w:rPr>
        <w:t>професійної</w:t>
      </w:r>
      <w:r w:rsidR="00364457">
        <w:rPr>
          <w:rFonts w:cs="Times New Roman"/>
          <w:szCs w:val="28"/>
          <w:lang w:val="ru-RU"/>
        </w:rPr>
        <w:t xml:space="preserve"> </w:t>
      </w:r>
      <w:r w:rsidRPr="004B1497">
        <w:rPr>
          <w:rFonts w:cs="Times New Roman"/>
          <w:szCs w:val="28"/>
          <w:lang w:val="ru-RU"/>
        </w:rPr>
        <w:t>траєкторії та вимогп</w:t>
      </w:r>
      <w:r w:rsidR="00364457">
        <w:rPr>
          <w:rFonts w:cs="Times New Roman"/>
          <w:szCs w:val="28"/>
          <w:lang w:val="ru-RU"/>
        </w:rPr>
        <w:t xml:space="preserve"> </w:t>
      </w:r>
      <w:r w:rsidRPr="004B1497">
        <w:rPr>
          <w:rFonts w:cs="Times New Roman"/>
          <w:szCs w:val="28"/>
          <w:lang w:val="ru-RU"/>
        </w:rPr>
        <w:t>рофесійного стандарту;</w:t>
      </w:r>
    </w:p>
    <w:p w:rsidR="004B1497" w:rsidRPr="004B1497" w:rsidRDefault="004B1497" w:rsidP="004B1497">
      <w:pPr>
        <w:pStyle w:val="ae"/>
        <w:numPr>
          <w:ilvl w:val="1"/>
          <w:numId w:val="13"/>
        </w:numPr>
        <w:tabs>
          <w:tab w:val="left" w:pos="284"/>
        </w:tabs>
        <w:spacing w:after="0"/>
        <w:ind w:left="0" w:firstLine="0"/>
        <w:rPr>
          <w:rFonts w:cs="Times New Roman"/>
          <w:szCs w:val="28"/>
          <w:lang w:val="ru-RU"/>
        </w:rPr>
      </w:pPr>
      <w:r w:rsidRPr="004B1497">
        <w:rPr>
          <w:rFonts w:cs="Times New Roman"/>
          <w:szCs w:val="28"/>
          <w:lang w:val="ru-RU"/>
        </w:rPr>
        <w:t>дотримуватися</w:t>
      </w:r>
      <w:r w:rsidR="00364457">
        <w:rPr>
          <w:rFonts w:cs="Times New Roman"/>
          <w:szCs w:val="28"/>
          <w:lang w:val="ru-RU"/>
        </w:rPr>
        <w:t xml:space="preserve"> </w:t>
      </w:r>
      <w:r w:rsidRPr="004B1497">
        <w:rPr>
          <w:rFonts w:cs="Times New Roman"/>
          <w:szCs w:val="28"/>
          <w:lang w:val="ru-RU"/>
        </w:rPr>
        <w:t>принципів</w:t>
      </w:r>
      <w:r w:rsidR="00364457">
        <w:rPr>
          <w:rFonts w:cs="Times New Roman"/>
          <w:szCs w:val="28"/>
          <w:lang w:val="ru-RU"/>
        </w:rPr>
        <w:t xml:space="preserve"> </w:t>
      </w:r>
      <w:r w:rsidRPr="004B1497">
        <w:rPr>
          <w:rFonts w:cs="Times New Roman"/>
          <w:szCs w:val="28"/>
          <w:lang w:val="ru-RU"/>
        </w:rPr>
        <w:t>академічної</w:t>
      </w:r>
      <w:r w:rsidR="00364457">
        <w:rPr>
          <w:rFonts w:cs="Times New Roman"/>
          <w:szCs w:val="28"/>
          <w:lang w:val="ru-RU"/>
        </w:rPr>
        <w:t xml:space="preserve"> </w:t>
      </w:r>
      <w:r w:rsidRPr="004B1497">
        <w:rPr>
          <w:rFonts w:cs="Times New Roman"/>
          <w:szCs w:val="28"/>
          <w:lang w:val="ru-RU"/>
        </w:rPr>
        <w:t>доброчесності, педагогічної</w:t>
      </w:r>
      <w:r w:rsidR="00364457">
        <w:rPr>
          <w:rFonts w:cs="Times New Roman"/>
          <w:szCs w:val="28"/>
          <w:lang w:val="ru-RU"/>
        </w:rPr>
        <w:t xml:space="preserve"> </w:t>
      </w:r>
      <w:r w:rsidRPr="004B1497">
        <w:rPr>
          <w:rFonts w:cs="Times New Roman"/>
          <w:szCs w:val="28"/>
          <w:lang w:val="ru-RU"/>
        </w:rPr>
        <w:t>етики, інформаційної</w:t>
      </w:r>
      <w:r w:rsidR="00364457">
        <w:rPr>
          <w:rFonts w:cs="Times New Roman"/>
          <w:szCs w:val="28"/>
          <w:lang w:val="ru-RU"/>
        </w:rPr>
        <w:t xml:space="preserve"> </w:t>
      </w:r>
      <w:r w:rsidRPr="004B1497">
        <w:rPr>
          <w:rFonts w:cs="Times New Roman"/>
          <w:szCs w:val="28"/>
          <w:lang w:val="ru-RU"/>
        </w:rPr>
        <w:t>безпеки та захисту</w:t>
      </w:r>
      <w:r w:rsidR="00364457">
        <w:rPr>
          <w:rFonts w:cs="Times New Roman"/>
          <w:szCs w:val="28"/>
          <w:lang w:val="ru-RU"/>
        </w:rPr>
        <w:t xml:space="preserve"> </w:t>
      </w:r>
      <w:r w:rsidRPr="004B1497">
        <w:rPr>
          <w:rFonts w:cs="Times New Roman"/>
          <w:szCs w:val="28"/>
          <w:lang w:val="ru-RU"/>
        </w:rPr>
        <w:t>персональних</w:t>
      </w:r>
      <w:r w:rsidR="00364457">
        <w:rPr>
          <w:rFonts w:cs="Times New Roman"/>
          <w:szCs w:val="28"/>
          <w:lang w:val="ru-RU"/>
        </w:rPr>
        <w:t xml:space="preserve"> </w:t>
      </w:r>
      <w:r w:rsidRPr="004B1497">
        <w:rPr>
          <w:rFonts w:cs="Times New Roman"/>
          <w:szCs w:val="28"/>
          <w:lang w:val="ru-RU"/>
        </w:rPr>
        <w:t>даних;</w:t>
      </w:r>
    </w:p>
    <w:p w:rsidR="00976071" w:rsidRPr="004B1497" w:rsidRDefault="004B1497" w:rsidP="004B1497">
      <w:pPr>
        <w:pStyle w:val="ae"/>
        <w:numPr>
          <w:ilvl w:val="1"/>
          <w:numId w:val="13"/>
        </w:numPr>
        <w:tabs>
          <w:tab w:val="left" w:pos="284"/>
        </w:tabs>
        <w:spacing w:after="0"/>
        <w:ind w:left="0" w:firstLine="0"/>
        <w:rPr>
          <w:rFonts w:cs="Times New Roman"/>
          <w:szCs w:val="28"/>
          <w:lang w:val="ru-RU"/>
        </w:rPr>
      </w:pPr>
      <w:r w:rsidRPr="004B1497">
        <w:rPr>
          <w:rFonts w:cs="Times New Roman"/>
          <w:szCs w:val="28"/>
          <w:lang w:val="ru-RU"/>
        </w:rPr>
        <w:t>використовувати</w:t>
      </w:r>
      <w:r w:rsidR="00364457">
        <w:rPr>
          <w:rFonts w:cs="Times New Roman"/>
          <w:szCs w:val="28"/>
          <w:lang w:val="ru-RU"/>
        </w:rPr>
        <w:t xml:space="preserve"> </w:t>
      </w:r>
      <w:r w:rsidRPr="004B1497">
        <w:rPr>
          <w:rFonts w:cs="Times New Roman"/>
          <w:szCs w:val="28"/>
          <w:lang w:val="ru-RU"/>
        </w:rPr>
        <w:t>цифрові</w:t>
      </w:r>
      <w:r w:rsidR="00364457">
        <w:rPr>
          <w:rFonts w:cs="Times New Roman"/>
          <w:szCs w:val="28"/>
          <w:lang w:val="ru-RU"/>
        </w:rPr>
        <w:t xml:space="preserve"> </w:t>
      </w:r>
      <w:r w:rsidRPr="004B1497">
        <w:rPr>
          <w:rFonts w:cs="Times New Roman"/>
          <w:szCs w:val="28"/>
          <w:lang w:val="ru-RU"/>
        </w:rPr>
        <w:t>технології та інструменти штучного інтелекту</w:t>
      </w:r>
      <w:r w:rsidR="00364457">
        <w:rPr>
          <w:rFonts w:cs="Times New Roman"/>
          <w:szCs w:val="28"/>
          <w:lang w:val="ru-RU"/>
        </w:rPr>
        <w:t xml:space="preserve"> </w:t>
      </w:r>
      <w:r w:rsidRPr="004B1497">
        <w:rPr>
          <w:rFonts w:cs="Times New Roman"/>
          <w:szCs w:val="28"/>
          <w:lang w:val="ru-RU"/>
        </w:rPr>
        <w:t>педагогічно</w:t>
      </w:r>
      <w:r w:rsidR="00364457">
        <w:rPr>
          <w:rFonts w:cs="Times New Roman"/>
          <w:szCs w:val="28"/>
          <w:lang w:val="ru-RU"/>
        </w:rPr>
        <w:t xml:space="preserve"> </w:t>
      </w:r>
      <w:r w:rsidRPr="004B1497">
        <w:rPr>
          <w:rFonts w:cs="Times New Roman"/>
          <w:szCs w:val="28"/>
          <w:lang w:val="ru-RU"/>
        </w:rPr>
        <w:t>доцільно, прозоро, безпечно та з обов’язковою</w:t>
      </w:r>
      <w:r w:rsidR="00364457">
        <w:rPr>
          <w:rFonts w:cs="Times New Roman"/>
          <w:szCs w:val="28"/>
          <w:lang w:val="ru-RU"/>
        </w:rPr>
        <w:t xml:space="preserve"> </w:t>
      </w:r>
      <w:r w:rsidRPr="004B1497">
        <w:rPr>
          <w:rFonts w:cs="Times New Roman"/>
          <w:szCs w:val="28"/>
          <w:lang w:val="ru-RU"/>
        </w:rPr>
        <w:t>перевіркою</w:t>
      </w:r>
      <w:r w:rsidR="00364457">
        <w:rPr>
          <w:rFonts w:cs="Times New Roman"/>
          <w:szCs w:val="28"/>
          <w:lang w:val="ru-RU"/>
        </w:rPr>
        <w:t xml:space="preserve"> </w:t>
      </w:r>
      <w:r w:rsidRPr="004B1497">
        <w:rPr>
          <w:rFonts w:cs="Times New Roman"/>
          <w:szCs w:val="28"/>
          <w:lang w:val="ru-RU"/>
        </w:rPr>
        <w:t>достовірності</w:t>
      </w:r>
      <w:r w:rsidR="00364457">
        <w:rPr>
          <w:rFonts w:cs="Times New Roman"/>
          <w:szCs w:val="28"/>
          <w:lang w:val="ru-RU"/>
        </w:rPr>
        <w:t xml:space="preserve"> </w:t>
      </w:r>
      <w:r w:rsidRPr="004B1497">
        <w:rPr>
          <w:rFonts w:cs="Times New Roman"/>
          <w:szCs w:val="28"/>
          <w:lang w:val="ru-RU"/>
        </w:rPr>
        <w:t>створеного контенту.</w:t>
      </w:r>
    </w:p>
    <w:p w:rsidR="00976071" w:rsidRPr="004B1497" w:rsidRDefault="00094E4C" w:rsidP="004B1497">
      <w:pPr>
        <w:pStyle w:val="ae"/>
        <w:numPr>
          <w:ilvl w:val="0"/>
          <w:numId w:val="13"/>
        </w:numPr>
        <w:spacing w:after="0"/>
        <w:rPr>
          <w:rFonts w:cs="Times New Roman"/>
          <w:szCs w:val="28"/>
          <w:lang w:val="ru-RU"/>
        </w:rPr>
      </w:pPr>
      <w:r>
        <w:rPr>
          <w:rFonts w:cs="Times New Roman"/>
          <w:szCs w:val="28"/>
          <w:lang w:val="ru-RU"/>
        </w:rPr>
        <w:t xml:space="preserve">Секретарю методичної ради </w:t>
      </w:r>
      <w:r w:rsidR="004B1497" w:rsidRPr="004B1497">
        <w:rPr>
          <w:rFonts w:cs="Times New Roman"/>
          <w:szCs w:val="28"/>
          <w:lang w:val="ru-RU"/>
        </w:rPr>
        <w:t>забезпечити</w:t>
      </w:r>
      <w:r w:rsidR="00364457">
        <w:rPr>
          <w:rFonts w:cs="Times New Roman"/>
          <w:szCs w:val="28"/>
          <w:lang w:val="ru-RU"/>
        </w:rPr>
        <w:t xml:space="preserve"> </w:t>
      </w:r>
      <w:r w:rsidR="004B1497" w:rsidRPr="004B1497">
        <w:rPr>
          <w:rFonts w:cs="Times New Roman"/>
          <w:szCs w:val="28"/>
          <w:lang w:val="ru-RU"/>
        </w:rPr>
        <w:t>ведення</w:t>
      </w:r>
      <w:r w:rsidR="00364457">
        <w:rPr>
          <w:rFonts w:cs="Times New Roman"/>
          <w:szCs w:val="28"/>
          <w:lang w:val="ru-RU"/>
        </w:rPr>
        <w:t xml:space="preserve"> </w:t>
      </w:r>
      <w:r w:rsidR="004B1497" w:rsidRPr="004B1497">
        <w:rPr>
          <w:rFonts w:cs="Times New Roman"/>
          <w:szCs w:val="28"/>
          <w:lang w:val="ru-RU"/>
        </w:rPr>
        <w:t>протоколів</w:t>
      </w:r>
      <w:r w:rsidR="00364457">
        <w:rPr>
          <w:rFonts w:cs="Times New Roman"/>
          <w:szCs w:val="28"/>
          <w:lang w:val="ru-RU"/>
        </w:rPr>
        <w:t xml:space="preserve"> </w:t>
      </w:r>
      <w:r w:rsidR="004B1497" w:rsidRPr="004B1497">
        <w:rPr>
          <w:rFonts w:cs="Times New Roman"/>
          <w:szCs w:val="28"/>
          <w:lang w:val="ru-RU"/>
        </w:rPr>
        <w:t>засідань, облік</w:t>
      </w:r>
      <w:r w:rsidR="00364457">
        <w:rPr>
          <w:rFonts w:cs="Times New Roman"/>
          <w:szCs w:val="28"/>
          <w:lang w:val="ru-RU"/>
        </w:rPr>
        <w:t xml:space="preserve"> </w:t>
      </w:r>
      <w:r w:rsidR="004B1497" w:rsidRPr="004B1497">
        <w:rPr>
          <w:rFonts w:cs="Times New Roman"/>
          <w:szCs w:val="28"/>
          <w:lang w:val="ru-RU"/>
        </w:rPr>
        <w:t>виконання</w:t>
      </w:r>
      <w:r w:rsidR="00364457">
        <w:rPr>
          <w:rFonts w:cs="Times New Roman"/>
          <w:szCs w:val="28"/>
          <w:lang w:val="ru-RU"/>
        </w:rPr>
        <w:t xml:space="preserve"> </w:t>
      </w:r>
      <w:r w:rsidR="004B1497" w:rsidRPr="004B1497">
        <w:rPr>
          <w:rFonts w:cs="Times New Roman"/>
          <w:szCs w:val="28"/>
          <w:lang w:val="ru-RU"/>
        </w:rPr>
        <w:t>прийнятих</w:t>
      </w:r>
      <w:r w:rsidR="00364457">
        <w:rPr>
          <w:rFonts w:cs="Times New Roman"/>
          <w:szCs w:val="28"/>
          <w:lang w:val="ru-RU"/>
        </w:rPr>
        <w:t xml:space="preserve"> </w:t>
      </w:r>
      <w:r w:rsidR="004B1497" w:rsidRPr="004B1497">
        <w:rPr>
          <w:rFonts w:cs="Times New Roman"/>
          <w:szCs w:val="28"/>
          <w:lang w:val="ru-RU"/>
        </w:rPr>
        <w:t>рішень і належне</w:t>
      </w:r>
      <w:r w:rsidR="00364457">
        <w:rPr>
          <w:rFonts w:cs="Times New Roman"/>
          <w:szCs w:val="28"/>
          <w:lang w:val="ru-RU"/>
        </w:rPr>
        <w:t xml:space="preserve"> </w:t>
      </w:r>
      <w:r w:rsidR="004B1497" w:rsidRPr="004B1497">
        <w:rPr>
          <w:rFonts w:cs="Times New Roman"/>
          <w:szCs w:val="28"/>
          <w:lang w:val="ru-RU"/>
        </w:rPr>
        <w:t>зберігання</w:t>
      </w:r>
      <w:r w:rsidR="00364457">
        <w:rPr>
          <w:rFonts w:cs="Times New Roman"/>
          <w:szCs w:val="28"/>
          <w:lang w:val="ru-RU"/>
        </w:rPr>
        <w:t xml:space="preserve"> </w:t>
      </w:r>
      <w:r w:rsidR="004B1497" w:rsidRPr="004B1497">
        <w:rPr>
          <w:rFonts w:cs="Times New Roman"/>
          <w:szCs w:val="28"/>
          <w:lang w:val="ru-RU"/>
        </w:rPr>
        <w:t>документації</w:t>
      </w:r>
      <w:r w:rsidR="00364457">
        <w:rPr>
          <w:rFonts w:cs="Times New Roman"/>
          <w:szCs w:val="28"/>
          <w:lang w:val="ru-RU"/>
        </w:rPr>
        <w:t xml:space="preserve"> </w:t>
      </w:r>
      <w:r w:rsidR="004B1497" w:rsidRPr="004B1497">
        <w:rPr>
          <w:rFonts w:cs="Times New Roman"/>
          <w:szCs w:val="28"/>
          <w:lang w:val="ru-RU"/>
        </w:rPr>
        <w:t>методичної ради.</w:t>
      </w:r>
    </w:p>
    <w:p w:rsidR="00976071" w:rsidRPr="004B1497" w:rsidRDefault="004B1497" w:rsidP="004B1497">
      <w:pPr>
        <w:pStyle w:val="ae"/>
        <w:numPr>
          <w:ilvl w:val="0"/>
          <w:numId w:val="13"/>
        </w:numPr>
        <w:spacing w:after="0"/>
        <w:rPr>
          <w:rFonts w:cs="Times New Roman"/>
          <w:szCs w:val="28"/>
          <w:lang w:val="ru-RU"/>
        </w:rPr>
      </w:pPr>
      <w:r w:rsidRPr="004B1497">
        <w:rPr>
          <w:rFonts w:cs="Times New Roman"/>
          <w:szCs w:val="28"/>
          <w:lang w:val="ru-RU"/>
        </w:rPr>
        <w:t>Контроль за виконанням</w:t>
      </w:r>
      <w:r w:rsidR="00364457">
        <w:rPr>
          <w:rFonts w:cs="Times New Roman"/>
          <w:szCs w:val="28"/>
          <w:lang w:val="ru-RU"/>
        </w:rPr>
        <w:t xml:space="preserve"> </w:t>
      </w:r>
      <w:r w:rsidRPr="004B1497">
        <w:rPr>
          <w:rFonts w:cs="Times New Roman"/>
          <w:szCs w:val="28"/>
          <w:lang w:val="ru-RU"/>
        </w:rPr>
        <w:t>цього наказу покласти на заступника директора з навчально-виховної</w:t>
      </w:r>
      <w:r w:rsidR="00364457">
        <w:rPr>
          <w:rFonts w:cs="Times New Roman"/>
          <w:szCs w:val="28"/>
          <w:lang w:val="ru-RU"/>
        </w:rPr>
        <w:t xml:space="preserve"> </w:t>
      </w:r>
      <w:r w:rsidR="00094E4C">
        <w:rPr>
          <w:rFonts w:cs="Times New Roman"/>
          <w:szCs w:val="28"/>
          <w:lang w:val="ru-RU"/>
        </w:rPr>
        <w:t>роботи Ольгу Бабій</w:t>
      </w:r>
    </w:p>
    <w:p w:rsidR="00976071" w:rsidRPr="0089461B" w:rsidRDefault="00976071">
      <w:pPr>
        <w:spacing w:after="0" w:line="240" w:lineRule="auto"/>
        <w:rPr>
          <w:lang w:val="ru-RU"/>
        </w:rPr>
      </w:pPr>
    </w:p>
    <w:tbl>
      <w:tblPr>
        <w:tblW w:w="0" w:type="auto"/>
        <w:jc w:val="center"/>
        <w:tblLook w:val="04A0"/>
      </w:tblPr>
      <w:tblGrid>
        <w:gridCol w:w="4815"/>
        <w:gridCol w:w="4806"/>
      </w:tblGrid>
      <w:tr w:rsidR="00976071">
        <w:trPr>
          <w:jc w:val="center"/>
        </w:trPr>
        <w:tc>
          <w:tcPr>
            <w:tcW w:w="4986" w:type="dxa"/>
          </w:tcPr>
          <w:p w:rsidR="00976071" w:rsidRPr="00094E4C" w:rsidRDefault="004B1497" w:rsidP="004B1497">
            <w:pPr>
              <w:rPr>
                <w:lang w:val="uk-UA"/>
              </w:rPr>
            </w:pPr>
            <w:r>
              <w:rPr>
                <w:b/>
              </w:rPr>
              <w:t>Директор</w:t>
            </w:r>
            <w:r w:rsidR="00094E4C">
              <w:rPr>
                <w:b/>
                <w:lang w:val="uk-UA"/>
              </w:rPr>
              <w:t xml:space="preserve"> гімназії</w:t>
            </w:r>
          </w:p>
        </w:tc>
        <w:tc>
          <w:tcPr>
            <w:tcW w:w="4986" w:type="dxa"/>
          </w:tcPr>
          <w:p w:rsidR="00976071" w:rsidRPr="00094E4C" w:rsidRDefault="00094E4C" w:rsidP="00094E4C">
            <w:pPr>
              <w:rPr>
                <w:lang w:val="uk-UA"/>
              </w:rPr>
            </w:pPr>
            <w:r>
              <w:rPr>
                <w:b/>
                <w:lang w:val="uk-UA"/>
              </w:rPr>
              <w:t xml:space="preserve">                             Руслана Іванчак</w:t>
            </w:r>
          </w:p>
        </w:tc>
      </w:tr>
    </w:tbl>
    <w:p w:rsidR="00976071" w:rsidRDefault="00976071">
      <w:pPr>
        <w:spacing w:after="0" w:line="240" w:lineRule="auto"/>
      </w:pPr>
    </w:p>
    <w:p w:rsidR="00976071" w:rsidRPr="001308BA" w:rsidRDefault="001308BA">
      <w:pPr>
        <w:spacing w:after="0" w:line="240" w:lineRule="auto"/>
        <w:rPr>
          <w:lang w:val="uk-UA"/>
        </w:rPr>
      </w:pPr>
      <w:r>
        <w:t>З наказом</w:t>
      </w:r>
      <w:r w:rsidR="00364457">
        <w:rPr>
          <w:lang w:val="uk-UA"/>
        </w:rPr>
        <w:t xml:space="preserve"> </w:t>
      </w:r>
      <w:r>
        <w:t>ознайомлена</w:t>
      </w:r>
      <w:r w:rsidR="004B1497">
        <w:t>:</w:t>
      </w:r>
      <w:r>
        <w:rPr>
          <w:lang w:val="uk-UA"/>
        </w:rPr>
        <w:t>_________  _______________Ольга БАБІЙ</w:t>
      </w:r>
      <w:bookmarkStart w:id="0" w:name="_GoBack"/>
      <w:bookmarkEnd w:id="0"/>
    </w:p>
    <w:p w:rsidR="00976071" w:rsidRDefault="00976071">
      <w:pPr>
        <w:spacing w:after="0" w:line="240" w:lineRule="auto"/>
      </w:pPr>
    </w:p>
    <w:sectPr w:rsidR="00976071" w:rsidSect="00F004E0">
      <w:pgSz w:w="12240" w:h="15840"/>
      <w:pgMar w:top="284" w:right="1134" w:bottom="1134" w:left="1701" w:header="720" w:footer="720" w:gutter="0"/>
      <w:cols w:space="720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nap ITC">
    <w:panose1 w:val="04040A07060A02020202"/>
    <w:charset w:val="00"/>
    <w:family w:val="decorative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05FB28E5"/>
    <w:multiLevelType w:val="multilevel"/>
    <w:tmpl w:val="6E5C6036"/>
    <w:lvl w:ilvl="0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b/>
        <w:sz w:val="24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0">
    <w:nsid w:val="0F8E6FF0"/>
    <w:multiLevelType w:val="hybridMultilevel"/>
    <w:tmpl w:val="1AAED2DE"/>
    <w:lvl w:ilvl="0" w:tplc="918082AA">
      <w:start w:val="1"/>
      <w:numFmt w:val="bullet"/>
      <w:lvlText w:val="-"/>
      <w:lvlJc w:val="left"/>
      <w:pPr>
        <w:ind w:left="720" w:hanging="360"/>
      </w:pPr>
      <w:rPr>
        <w:rFonts w:ascii="Snap ITC" w:hAnsi="Snap ITC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1DE187A"/>
    <w:multiLevelType w:val="multilevel"/>
    <w:tmpl w:val="49F46CB6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  <w:color w:val="333333"/>
      </w:rPr>
    </w:lvl>
    <w:lvl w:ilvl="1">
      <w:start w:val="1"/>
      <w:numFmt w:val="decimal"/>
      <w:lvlText w:val="%1.%2."/>
      <w:lvlJc w:val="left"/>
      <w:pPr>
        <w:ind w:left="1215" w:hanging="720"/>
      </w:pPr>
      <w:rPr>
        <w:rFonts w:hint="default"/>
        <w:color w:val="333333"/>
      </w:rPr>
    </w:lvl>
    <w:lvl w:ilvl="2">
      <w:start w:val="1"/>
      <w:numFmt w:val="decimal"/>
      <w:lvlText w:val="%1.%2.%3."/>
      <w:lvlJc w:val="left"/>
      <w:pPr>
        <w:ind w:left="1710" w:hanging="720"/>
      </w:pPr>
      <w:rPr>
        <w:rFonts w:hint="default"/>
        <w:color w:val="333333"/>
      </w:rPr>
    </w:lvl>
    <w:lvl w:ilvl="3">
      <w:start w:val="1"/>
      <w:numFmt w:val="decimal"/>
      <w:lvlText w:val="%1.%2.%3.%4."/>
      <w:lvlJc w:val="left"/>
      <w:pPr>
        <w:ind w:left="2565" w:hanging="1080"/>
      </w:pPr>
      <w:rPr>
        <w:rFonts w:hint="default"/>
        <w:color w:val="333333"/>
      </w:rPr>
    </w:lvl>
    <w:lvl w:ilvl="4">
      <w:start w:val="1"/>
      <w:numFmt w:val="decimal"/>
      <w:lvlText w:val="%1.%2.%3.%4.%5."/>
      <w:lvlJc w:val="left"/>
      <w:pPr>
        <w:ind w:left="3060" w:hanging="1080"/>
      </w:pPr>
      <w:rPr>
        <w:rFonts w:hint="default"/>
        <w:color w:val="333333"/>
      </w:rPr>
    </w:lvl>
    <w:lvl w:ilvl="5">
      <w:start w:val="1"/>
      <w:numFmt w:val="decimal"/>
      <w:lvlText w:val="%1.%2.%3.%4.%5.%6."/>
      <w:lvlJc w:val="left"/>
      <w:pPr>
        <w:ind w:left="3915" w:hanging="1440"/>
      </w:pPr>
      <w:rPr>
        <w:rFonts w:hint="default"/>
        <w:color w:val="333333"/>
      </w:rPr>
    </w:lvl>
    <w:lvl w:ilvl="6">
      <w:start w:val="1"/>
      <w:numFmt w:val="decimal"/>
      <w:lvlText w:val="%1.%2.%3.%4.%5.%6.%7."/>
      <w:lvlJc w:val="left"/>
      <w:pPr>
        <w:ind w:left="4770" w:hanging="1800"/>
      </w:pPr>
      <w:rPr>
        <w:rFonts w:hint="default"/>
        <w:color w:val="333333"/>
      </w:rPr>
    </w:lvl>
    <w:lvl w:ilvl="7">
      <w:start w:val="1"/>
      <w:numFmt w:val="decimal"/>
      <w:lvlText w:val="%1.%2.%3.%4.%5.%6.%7.%8."/>
      <w:lvlJc w:val="left"/>
      <w:pPr>
        <w:ind w:left="5265" w:hanging="1800"/>
      </w:pPr>
      <w:rPr>
        <w:rFonts w:hint="default"/>
        <w:color w:val="333333"/>
      </w:rPr>
    </w:lvl>
    <w:lvl w:ilvl="8">
      <w:start w:val="1"/>
      <w:numFmt w:val="decimal"/>
      <w:lvlText w:val="%1.%2.%3.%4.%5.%6.%7.%8.%9."/>
      <w:lvlJc w:val="left"/>
      <w:pPr>
        <w:ind w:left="6120" w:hanging="2160"/>
      </w:pPr>
      <w:rPr>
        <w:rFonts w:hint="default"/>
        <w:color w:val="333333"/>
      </w:rPr>
    </w:lvl>
  </w:abstractNum>
  <w:abstractNum w:abstractNumId="12">
    <w:nsid w:val="233C5EF8"/>
    <w:multiLevelType w:val="hybridMultilevel"/>
    <w:tmpl w:val="4B98644C"/>
    <w:lvl w:ilvl="0" w:tplc="918082AA">
      <w:start w:val="1"/>
      <w:numFmt w:val="bullet"/>
      <w:lvlText w:val="-"/>
      <w:lvlJc w:val="left"/>
      <w:pPr>
        <w:ind w:left="1365" w:hanging="360"/>
      </w:pPr>
      <w:rPr>
        <w:rFonts w:ascii="Snap ITC" w:hAnsi="Snap ITC" w:hint="default"/>
      </w:rPr>
    </w:lvl>
    <w:lvl w:ilvl="1" w:tplc="04190003" w:tentative="1">
      <w:start w:val="1"/>
      <w:numFmt w:val="bullet"/>
      <w:lvlText w:val="o"/>
      <w:lvlJc w:val="left"/>
      <w:pPr>
        <w:ind w:left="20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25" w:hanging="360"/>
      </w:pPr>
      <w:rPr>
        <w:rFonts w:ascii="Wingdings" w:hAnsi="Wingdings" w:hint="default"/>
      </w:rPr>
    </w:lvl>
  </w:abstractNum>
  <w:abstractNum w:abstractNumId="13">
    <w:nsid w:val="2D571644"/>
    <w:multiLevelType w:val="multilevel"/>
    <w:tmpl w:val="49F46CB6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  <w:color w:val="333333"/>
      </w:rPr>
    </w:lvl>
    <w:lvl w:ilvl="1">
      <w:start w:val="1"/>
      <w:numFmt w:val="decimal"/>
      <w:lvlText w:val="%1.%2."/>
      <w:lvlJc w:val="left"/>
      <w:pPr>
        <w:ind w:left="1215" w:hanging="720"/>
      </w:pPr>
      <w:rPr>
        <w:rFonts w:hint="default"/>
        <w:color w:val="333333"/>
      </w:rPr>
    </w:lvl>
    <w:lvl w:ilvl="2">
      <w:start w:val="1"/>
      <w:numFmt w:val="decimal"/>
      <w:lvlText w:val="%1.%2.%3."/>
      <w:lvlJc w:val="left"/>
      <w:pPr>
        <w:ind w:left="1710" w:hanging="720"/>
      </w:pPr>
      <w:rPr>
        <w:rFonts w:hint="default"/>
        <w:color w:val="333333"/>
      </w:rPr>
    </w:lvl>
    <w:lvl w:ilvl="3">
      <w:start w:val="1"/>
      <w:numFmt w:val="decimal"/>
      <w:lvlText w:val="%1.%2.%3.%4."/>
      <w:lvlJc w:val="left"/>
      <w:pPr>
        <w:ind w:left="2565" w:hanging="1080"/>
      </w:pPr>
      <w:rPr>
        <w:rFonts w:hint="default"/>
        <w:color w:val="333333"/>
      </w:rPr>
    </w:lvl>
    <w:lvl w:ilvl="4">
      <w:start w:val="1"/>
      <w:numFmt w:val="decimal"/>
      <w:lvlText w:val="%1.%2.%3.%4.%5."/>
      <w:lvlJc w:val="left"/>
      <w:pPr>
        <w:ind w:left="3060" w:hanging="1080"/>
      </w:pPr>
      <w:rPr>
        <w:rFonts w:hint="default"/>
        <w:color w:val="333333"/>
      </w:rPr>
    </w:lvl>
    <w:lvl w:ilvl="5">
      <w:start w:val="1"/>
      <w:numFmt w:val="decimal"/>
      <w:lvlText w:val="%1.%2.%3.%4.%5.%6."/>
      <w:lvlJc w:val="left"/>
      <w:pPr>
        <w:ind w:left="3915" w:hanging="1440"/>
      </w:pPr>
      <w:rPr>
        <w:rFonts w:hint="default"/>
        <w:color w:val="333333"/>
      </w:rPr>
    </w:lvl>
    <w:lvl w:ilvl="6">
      <w:start w:val="1"/>
      <w:numFmt w:val="decimal"/>
      <w:lvlText w:val="%1.%2.%3.%4.%5.%6.%7."/>
      <w:lvlJc w:val="left"/>
      <w:pPr>
        <w:ind w:left="4770" w:hanging="1800"/>
      </w:pPr>
      <w:rPr>
        <w:rFonts w:hint="default"/>
        <w:color w:val="333333"/>
      </w:rPr>
    </w:lvl>
    <w:lvl w:ilvl="7">
      <w:start w:val="1"/>
      <w:numFmt w:val="decimal"/>
      <w:lvlText w:val="%1.%2.%3.%4.%5.%6.%7.%8."/>
      <w:lvlJc w:val="left"/>
      <w:pPr>
        <w:ind w:left="5265" w:hanging="1800"/>
      </w:pPr>
      <w:rPr>
        <w:rFonts w:hint="default"/>
        <w:color w:val="333333"/>
      </w:rPr>
    </w:lvl>
    <w:lvl w:ilvl="8">
      <w:start w:val="1"/>
      <w:numFmt w:val="decimal"/>
      <w:lvlText w:val="%1.%2.%3.%4.%5.%6.%7.%8.%9."/>
      <w:lvlJc w:val="left"/>
      <w:pPr>
        <w:ind w:left="6120" w:hanging="2160"/>
      </w:pPr>
      <w:rPr>
        <w:rFonts w:hint="default"/>
        <w:color w:val="333333"/>
      </w:rPr>
    </w:lvl>
  </w:abstractNum>
  <w:abstractNum w:abstractNumId="14">
    <w:nsid w:val="31F36CA1"/>
    <w:multiLevelType w:val="hybridMultilevel"/>
    <w:tmpl w:val="71C2AF74"/>
    <w:lvl w:ilvl="0" w:tplc="918082AA">
      <w:start w:val="1"/>
      <w:numFmt w:val="bullet"/>
      <w:lvlText w:val="-"/>
      <w:lvlJc w:val="left"/>
      <w:pPr>
        <w:ind w:left="1215" w:hanging="360"/>
      </w:pPr>
      <w:rPr>
        <w:rFonts w:ascii="Snap ITC" w:hAnsi="Snap ITC" w:hint="default"/>
      </w:rPr>
    </w:lvl>
    <w:lvl w:ilvl="1" w:tplc="0419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abstractNum w:abstractNumId="15">
    <w:nsid w:val="42E92264"/>
    <w:multiLevelType w:val="multilevel"/>
    <w:tmpl w:val="FDE254FC"/>
    <w:lvl w:ilvl="0">
      <w:start w:val="1"/>
      <w:numFmt w:val="decimal"/>
      <w:lvlText w:val="%1."/>
      <w:lvlJc w:val="left"/>
      <w:pPr>
        <w:ind w:left="1005" w:hanging="360"/>
      </w:p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6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6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2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2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8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8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45" w:hanging="1800"/>
      </w:pPr>
      <w:rPr>
        <w:rFonts w:hint="default"/>
      </w:rPr>
    </w:lvl>
  </w:abstractNum>
  <w:abstractNum w:abstractNumId="16">
    <w:nsid w:val="533B50ED"/>
    <w:multiLevelType w:val="multilevel"/>
    <w:tmpl w:val="49F46CB6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  <w:color w:val="333333"/>
      </w:rPr>
    </w:lvl>
    <w:lvl w:ilvl="1">
      <w:start w:val="1"/>
      <w:numFmt w:val="decimal"/>
      <w:lvlText w:val="%1.%2."/>
      <w:lvlJc w:val="left"/>
      <w:pPr>
        <w:ind w:left="1215" w:hanging="720"/>
      </w:pPr>
      <w:rPr>
        <w:rFonts w:hint="default"/>
        <w:color w:val="333333"/>
      </w:rPr>
    </w:lvl>
    <w:lvl w:ilvl="2">
      <w:start w:val="1"/>
      <w:numFmt w:val="decimal"/>
      <w:lvlText w:val="%1.%2.%3."/>
      <w:lvlJc w:val="left"/>
      <w:pPr>
        <w:ind w:left="1710" w:hanging="720"/>
      </w:pPr>
      <w:rPr>
        <w:rFonts w:hint="default"/>
        <w:color w:val="333333"/>
      </w:rPr>
    </w:lvl>
    <w:lvl w:ilvl="3">
      <w:start w:val="1"/>
      <w:numFmt w:val="decimal"/>
      <w:lvlText w:val="%1.%2.%3.%4."/>
      <w:lvlJc w:val="left"/>
      <w:pPr>
        <w:ind w:left="2565" w:hanging="1080"/>
      </w:pPr>
      <w:rPr>
        <w:rFonts w:hint="default"/>
        <w:color w:val="333333"/>
      </w:rPr>
    </w:lvl>
    <w:lvl w:ilvl="4">
      <w:start w:val="1"/>
      <w:numFmt w:val="decimal"/>
      <w:lvlText w:val="%1.%2.%3.%4.%5."/>
      <w:lvlJc w:val="left"/>
      <w:pPr>
        <w:ind w:left="3060" w:hanging="1080"/>
      </w:pPr>
      <w:rPr>
        <w:rFonts w:hint="default"/>
        <w:color w:val="333333"/>
      </w:rPr>
    </w:lvl>
    <w:lvl w:ilvl="5">
      <w:start w:val="1"/>
      <w:numFmt w:val="decimal"/>
      <w:lvlText w:val="%1.%2.%3.%4.%5.%6."/>
      <w:lvlJc w:val="left"/>
      <w:pPr>
        <w:ind w:left="3915" w:hanging="1440"/>
      </w:pPr>
      <w:rPr>
        <w:rFonts w:hint="default"/>
        <w:color w:val="333333"/>
      </w:rPr>
    </w:lvl>
    <w:lvl w:ilvl="6">
      <w:start w:val="1"/>
      <w:numFmt w:val="decimal"/>
      <w:lvlText w:val="%1.%2.%3.%4.%5.%6.%7."/>
      <w:lvlJc w:val="left"/>
      <w:pPr>
        <w:ind w:left="4770" w:hanging="1800"/>
      </w:pPr>
      <w:rPr>
        <w:rFonts w:hint="default"/>
        <w:color w:val="333333"/>
      </w:rPr>
    </w:lvl>
    <w:lvl w:ilvl="7">
      <w:start w:val="1"/>
      <w:numFmt w:val="decimal"/>
      <w:lvlText w:val="%1.%2.%3.%4.%5.%6.%7.%8."/>
      <w:lvlJc w:val="left"/>
      <w:pPr>
        <w:ind w:left="5265" w:hanging="1800"/>
      </w:pPr>
      <w:rPr>
        <w:rFonts w:hint="default"/>
        <w:color w:val="333333"/>
      </w:rPr>
    </w:lvl>
    <w:lvl w:ilvl="8">
      <w:start w:val="1"/>
      <w:numFmt w:val="decimal"/>
      <w:lvlText w:val="%1.%2.%3.%4.%5.%6.%7.%8.%9."/>
      <w:lvlJc w:val="left"/>
      <w:pPr>
        <w:ind w:left="6120" w:hanging="2160"/>
      </w:pPr>
      <w:rPr>
        <w:rFonts w:hint="default"/>
        <w:color w:val="333333"/>
      </w:rPr>
    </w:lvl>
  </w:abstractNum>
  <w:abstractNum w:abstractNumId="17">
    <w:nsid w:val="697C0961"/>
    <w:multiLevelType w:val="hybridMultilevel"/>
    <w:tmpl w:val="581A523C"/>
    <w:lvl w:ilvl="0" w:tplc="939673AC">
      <w:start w:val="1"/>
      <w:numFmt w:val="decimal"/>
      <w:lvlText w:val="%1."/>
      <w:lvlJc w:val="left"/>
      <w:pPr>
        <w:ind w:left="216" w:hanging="216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uk-UA" w:eastAsia="en-US" w:bidi="ar-SA"/>
      </w:rPr>
    </w:lvl>
    <w:lvl w:ilvl="1" w:tplc="EA8A3EE6">
      <w:numFmt w:val="bullet"/>
      <w:lvlText w:val="♦"/>
      <w:lvlJc w:val="left"/>
      <w:pPr>
        <w:ind w:left="509" w:hanging="349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uk-UA" w:eastAsia="en-US" w:bidi="ar-SA"/>
      </w:rPr>
    </w:lvl>
    <w:lvl w:ilvl="2" w:tplc="54B07DB4">
      <w:numFmt w:val="bullet"/>
      <w:lvlText w:val="♦"/>
      <w:lvlJc w:val="left"/>
      <w:pPr>
        <w:ind w:left="1076" w:hanging="34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uk-UA" w:eastAsia="en-US" w:bidi="ar-SA"/>
      </w:rPr>
    </w:lvl>
    <w:lvl w:ilvl="3" w:tplc="EDD8FDC6">
      <w:numFmt w:val="bullet"/>
      <w:lvlText w:val="•"/>
      <w:lvlJc w:val="left"/>
      <w:pPr>
        <w:ind w:left="1203" w:hanging="348"/>
      </w:pPr>
      <w:rPr>
        <w:rFonts w:hint="default"/>
        <w:lang w:val="uk-UA" w:eastAsia="en-US" w:bidi="ar-SA"/>
      </w:rPr>
    </w:lvl>
    <w:lvl w:ilvl="4" w:tplc="2F820A28">
      <w:numFmt w:val="bullet"/>
      <w:lvlText w:val="•"/>
      <w:lvlJc w:val="left"/>
      <w:pPr>
        <w:ind w:left="4263" w:hanging="348"/>
      </w:pPr>
      <w:rPr>
        <w:rFonts w:hint="default"/>
        <w:lang w:val="uk-UA" w:eastAsia="en-US" w:bidi="ar-SA"/>
      </w:rPr>
    </w:lvl>
    <w:lvl w:ilvl="5" w:tplc="FE409B8E">
      <w:numFmt w:val="bullet"/>
      <w:lvlText w:val="•"/>
      <w:lvlJc w:val="left"/>
      <w:pPr>
        <w:ind w:left="5443" w:hanging="348"/>
      </w:pPr>
      <w:rPr>
        <w:rFonts w:hint="default"/>
        <w:lang w:val="uk-UA" w:eastAsia="en-US" w:bidi="ar-SA"/>
      </w:rPr>
    </w:lvl>
    <w:lvl w:ilvl="6" w:tplc="FEACA16E">
      <w:numFmt w:val="bullet"/>
      <w:lvlText w:val="•"/>
      <w:lvlJc w:val="left"/>
      <w:pPr>
        <w:ind w:left="6488" w:hanging="348"/>
      </w:pPr>
      <w:rPr>
        <w:rFonts w:hint="default"/>
        <w:lang w:val="uk-UA" w:eastAsia="en-US" w:bidi="ar-SA"/>
      </w:rPr>
    </w:lvl>
    <w:lvl w:ilvl="7" w:tplc="6D4C596E">
      <w:numFmt w:val="bullet"/>
      <w:lvlText w:val="•"/>
      <w:lvlJc w:val="left"/>
      <w:pPr>
        <w:ind w:left="7533" w:hanging="348"/>
      </w:pPr>
      <w:rPr>
        <w:rFonts w:hint="default"/>
        <w:lang w:val="uk-UA" w:eastAsia="en-US" w:bidi="ar-SA"/>
      </w:rPr>
    </w:lvl>
    <w:lvl w:ilvl="8" w:tplc="2A985E72">
      <w:numFmt w:val="bullet"/>
      <w:lvlText w:val="•"/>
      <w:lvlJc w:val="left"/>
      <w:pPr>
        <w:ind w:left="8578" w:hanging="348"/>
      </w:pPr>
      <w:rPr>
        <w:rFonts w:hint="default"/>
        <w:lang w:val="uk-UA" w:eastAsia="en-US" w:bidi="ar-SA"/>
      </w:rPr>
    </w:lvl>
  </w:abstractNum>
  <w:abstractNum w:abstractNumId="18">
    <w:nsid w:val="730A20C3"/>
    <w:multiLevelType w:val="hybridMultilevel"/>
    <w:tmpl w:val="0346D3E8"/>
    <w:lvl w:ilvl="0" w:tplc="0419000F">
      <w:start w:val="1"/>
      <w:numFmt w:val="decimal"/>
      <w:lvlText w:val="%1."/>
      <w:lvlJc w:val="left"/>
      <w:pPr>
        <w:ind w:left="855" w:hanging="360"/>
      </w:p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19">
    <w:nsid w:val="75EF148D"/>
    <w:multiLevelType w:val="hybridMultilevel"/>
    <w:tmpl w:val="4C2CB23C"/>
    <w:lvl w:ilvl="0" w:tplc="0419000F">
      <w:start w:val="1"/>
      <w:numFmt w:val="decimal"/>
      <w:lvlText w:val="%1."/>
      <w:lvlJc w:val="left"/>
      <w:pPr>
        <w:ind w:left="855" w:hanging="360"/>
      </w:pPr>
    </w:lvl>
    <w:lvl w:ilvl="1" w:tplc="04190019">
      <w:start w:val="1"/>
      <w:numFmt w:val="lowerLetter"/>
      <w:lvlText w:val="%2."/>
      <w:lvlJc w:val="left"/>
      <w:pPr>
        <w:ind w:left="928" w:hanging="360"/>
      </w:pPr>
    </w:lvl>
    <w:lvl w:ilvl="2" w:tplc="4E0ECD50">
      <w:start w:val="7"/>
      <w:numFmt w:val="bullet"/>
      <w:lvlText w:val="–"/>
      <w:lvlJc w:val="left"/>
      <w:pPr>
        <w:ind w:left="2475" w:hanging="360"/>
      </w:pPr>
      <w:rPr>
        <w:rFonts w:ascii="Times New Roman" w:eastAsia="Times New Roman" w:hAnsi="Times New Roman" w:cs="Times New Roman" w:hint="default"/>
      </w:r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9"/>
  </w:num>
  <w:num w:numId="11">
    <w:abstractNumId w:val="18"/>
  </w:num>
  <w:num w:numId="12">
    <w:abstractNumId w:val="9"/>
  </w:num>
  <w:num w:numId="13">
    <w:abstractNumId w:val="11"/>
  </w:num>
  <w:num w:numId="14">
    <w:abstractNumId w:val="16"/>
  </w:num>
  <w:num w:numId="15">
    <w:abstractNumId w:val="13"/>
  </w:num>
  <w:num w:numId="16">
    <w:abstractNumId w:val="17"/>
  </w:num>
  <w:num w:numId="17">
    <w:abstractNumId w:val="10"/>
  </w:num>
  <w:num w:numId="18">
    <w:abstractNumId w:val="14"/>
  </w:num>
  <w:num w:numId="19">
    <w:abstractNumId w:val="15"/>
  </w:num>
  <w:num w:numId="20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doNotDisplayPageBoundaries/>
  <w:defaultTabStop w:val="720"/>
  <w:hyphenationZone w:val="425"/>
  <w:characterSpacingControl w:val="doNotCompress"/>
  <w:compat>
    <w:useFELayout/>
  </w:compat>
  <w:rsids>
    <w:rsidRoot w:val="00B47730"/>
    <w:rsid w:val="00034616"/>
    <w:rsid w:val="0006063C"/>
    <w:rsid w:val="00094E4C"/>
    <w:rsid w:val="000D3CF9"/>
    <w:rsid w:val="001308BA"/>
    <w:rsid w:val="0015074B"/>
    <w:rsid w:val="00235621"/>
    <w:rsid w:val="0029639D"/>
    <w:rsid w:val="00326F90"/>
    <w:rsid w:val="00352B2A"/>
    <w:rsid w:val="00364457"/>
    <w:rsid w:val="004B1497"/>
    <w:rsid w:val="005903ED"/>
    <w:rsid w:val="006049B9"/>
    <w:rsid w:val="006E12B2"/>
    <w:rsid w:val="006F0758"/>
    <w:rsid w:val="007618BB"/>
    <w:rsid w:val="00833E14"/>
    <w:rsid w:val="0089461B"/>
    <w:rsid w:val="008D30E3"/>
    <w:rsid w:val="00976071"/>
    <w:rsid w:val="00AA1D8D"/>
    <w:rsid w:val="00B07353"/>
    <w:rsid w:val="00B47730"/>
    <w:rsid w:val="00B569B2"/>
    <w:rsid w:val="00B65D59"/>
    <w:rsid w:val="00BF398D"/>
    <w:rsid w:val="00C243E4"/>
    <w:rsid w:val="00C33424"/>
    <w:rsid w:val="00CB0664"/>
    <w:rsid w:val="00EB7DD1"/>
    <w:rsid w:val="00EF295C"/>
    <w:rsid w:val="00F004E0"/>
    <w:rsid w:val="00F23499"/>
    <w:rsid w:val="00F90311"/>
    <w:rsid w:val="00FC69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rPr>
      <w:rFonts w:ascii="Times New Roman" w:eastAsia="Times New Roman" w:hAnsi="Times New Roman"/>
      <w:sz w:val="28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link w:val="af"/>
    <w:uiPriority w:val="34"/>
    <w:qFormat/>
    <w:rsid w:val="00FC693F"/>
    <w:pPr>
      <w:ind w:left="720"/>
      <w:contextualSpacing/>
    </w:pPr>
  </w:style>
  <w:style w:type="paragraph" w:styleId="af0">
    <w:name w:val="Body Text"/>
    <w:basedOn w:val="a1"/>
    <w:link w:val="af1"/>
    <w:uiPriority w:val="99"/>
    <w:unhideWhenUsed/>
    <w:rsid w:val="00AA1D8D"/>
    <w:pPr>
      <w:spacing w:after="120"/>
    </w:pPr>
  </w:style>
  <w:style w:type="character" w:customStyle="1" w:styleId="af1">
    <w:name w:val="Основной текст Знак"/>
    <w:basedOn w:val="a2"/>
    <w:link w:val="af0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2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3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4">
    <w:name w:val="macro"/>
    <w:link w:val="af5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5">
    <w:name w:val="Текст макроса Знак"/>
    <w:basedOn w:val="a2"/>
    <w:link w:val="af4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6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7">
    <w:name w:val="Strong"/>
    <w:basedOn w:val="a2"/>
    <w:uiPriority w:val="22"/>
    <w:qFormat/>
    <w:rsid w:val="00FC693F"/>
    <w:rPr>
      <w:b/>
      <w:bCs/>
    </w:rPr>
  </w:style>
  <w:style w:type="character" w:styleId="af8">
    <w:name w:val="Emphasis"/>
    <w:basedOn w:val="a2"/>
    <w:uiPriority w:val="20"/>
    <w:qFormat/>
    <w:rsid w:val="00FC693F"/>
    <w:rPr>
      <w:i/>
      <w:iCs/>
    </w:rPr>
  </w:style>
  <w:style w:type="paragraph" w:styleId="af9">
    <w:name w:val="Intense Quote"/>
    <w:basedOn w:val="a1"/>
    <w:next w:val="a1"/>
    <w:link w:val="afa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a">
    <w:name w:val="Выделенная цитата Знак"/>
    <w:basedOn w:val="a2"/>
    <w:link w:val="af9"/>
    <w:uiPriority w:val="30"/>
    <w:rsid w:val="00FC693F"/>
    <w:rPr>
      <w:b/>
      <w:bCs/>
      <w:i/>
      <w:iCs/>
      <w:color w:val="4F81BD" w:themeColor="accent1"/>
    </w:rPr>
  </w:style>
  <w:style w:type="character" w:styleId="afb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c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d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e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0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1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2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3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4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5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6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7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8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f9">
    <w:name w:val="Hyperlink"/>
    <w:basedOn w:val="a2"/>
    <w:uiPriority w:val="99"/>
    <w:unhideWhenUsed/>
    <w:rsid w:val="0089461B"/>
    <w:rPr>
      <w:color w:val="0000FF" w:themeColor="hyperlink"/>
      <w:u w:val="single"/>
    </w:rPr>
  </w:style>
  <w:style w:type="character" w:customStyle="1" w:styleId="rvts9">
    <w:name w:val="rvts9"/>
    <w:basedOn w:val="a2"/>
    <w:rsid w:val="0089461B"/>
  </w:style>
  <w:style w:type="character" w:customStyle="1" w:styleId="rvts46">
    <w:name w:val="rvts46"/>
    <w:basedOn w:val="a2"/>
    <w:rsid w:val="0089461B"/>
  </w:style>
  <w:style w:type="character" w:customStyle="1" w:styleId="af">
    <w:name w:val="Абзац списка Знак"/>
    <w:link w:val="ae"/>
    <w:uiPriority w:val="1"/>
    <w:locked/>
    <w:rsid w:val="00B07353"/>
    <w:rPr>
      <w:rFonts w:ascii="Times New Roman" w:eastAsia="Times New Roman" w:hAnsi="Times New Roman"/>
      <w:sz w:val="28"/>
    </w:rPr>
  </w:style>
  <w:style w:type="paragraph" w:styleId="affa">
    <w:name w:val="Balloon Text"/>
    <w:basedOn w:val="a1"/>
    <w:link w:val="affb"/>
    <w:uiPriority w:val="99"/>
    <w:semiHidden/>
    <w:unhideWhenUsed/>
    <w:rsid w:val="000D3C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b">
    <w:name w:val="Текст выноски Знак"/>
    <w:basedOn w:val="a2"/>
    <w:link w:val="affa"/>
    <w:uiPriority w:val="99"/>
    <w:semiHidden/>
    <w:rsid w:val="000D3CF9"/>
    <w:rPr>
      <w:rFonts w:ascii="Tahoma" w:eastAsia="Times New Roman" w:hAnsi="Tahoma" w:cs="Tahoma"/>
      <w:sz w:val="16"/>
      <w:szCs w:val="16"/>
    </w:rPr>
  </w:style>
  <w:style w:type="paragraph" w:customStyle="1" w:styleId="SmallTable">
    <w:name w:val="Small Table"/>
    <w:rsid w:val="00833E14"/>
    <w:pPr>
      <w:spacing w:after="0" w:line="240" w:lineRule="auto"/>
    </w:pPr>
    <w:rPr>
      <w:rFonts w:ascii="Times New Roman" w:eastAsia="Times New Roman" w:hAnsi="Times New Roman"/>
      <w:sz w:val="17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akon.rada.gov.ua/laws/show/898-2020-%D0%BF" TargetMode="External"/><Relationship Id="rId3" Type="http://schemas.openxmlformats.org/officeDocument/2006/relationships/styles" Target="styles.xml"/><Relationship Id="rId7" Type="http://schemas.openxmlformats.org/officeDocument/2006/relationships/hyperlink" Target="https://zakon.rada.gov.ua/laws/show/87-2018-%D0%BF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zakon.rada.gov.ua/laws/show/342/2026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zakon.rada.gov.ua/laws/show/1392-2011-%D0%B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7F2427F-C8D4-419E-B887-51F67F6E5F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1871</Words>
  <Characters>10671</Characters>
  <Application>Microsoft Office Word</Application>
  <DocSecurity>0</DocSecurity>
  <Lines>88</Lines>
  <Paragraphs>25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12517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Aspire</cp:lastModifiedBy>
  <cp:revision>15</cp:revision>
  <dcterms:created xsi:type="dcterms:W3CDTF">2026-08-04T06:57:00Z</dcterms:created>
  <dcterms:modified xsi:type="dcterms:W3CDTF">2026-09-15T13:16:00Z</dcterms:modified>
  <cp:category/>
</cp:coreProperties>
</file>